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7596"/>
        <w:gridCol w:w="2721"/>
      </w:tblGrid>
      <w:tr w:rsidR="00ED34F4" w:rsidRPr="00A76138" w14:paraId="3008EC99" w14:textId="77777777">
        <w:trPr>
          <w:jc w:val="center"/>
        </w:trPr>
        <w:tc>
          <w:tcPr>
            <w:tcW w:w="7596" w:type="dxa"/>
            <w:tcMar>
              <w:top w:w="0" w:type="dxa"/>
              <w:left w:w="0" w:type="dxa"/>
              <w:bottom w:w="20" w:type="dxa"/>
              <w:right w:w="80" w:type="dxa"/>
            </w:tcMar>
            <w:vAlign w:val="center"/>
          </w:tcPr>
          <w:p w14:paraId="14FE2C41" w14:textId="0AE58E07" w:rsidR="00ED34F4" w:rsidRPr="00A76138" w:rsidRDefault="00ED34F4" w:rsidP="003D14D8">
            <w:pPr>
              <w:keepNext/>
              <w:rPr>
                <w:b/>
                <w:sz w:val="24"/>
                <w:szCs w:val="24"/>
                <w:lang w:val="lt-LT"/>
              </w:rPr>
            </w:pPr>
          </w:p>
        </w:tc>
        <w:tc>
          <w:tcPr>
            <w:tcW w:w="2721" w:type="dxa"/>
            <w:tcMar>
              <w:top w:w="0" w:type="dxa"/>
              <w:left w:w="80" w:type="dxa"/>
              <w:bottom w:w="20" w:type="dxa"/>
              <w:right w:w="0" w:type="dxa"/>
            </w:tcMar>
            <w:vAlign w:val="center"/>
          </w:tcPr>
          <w:p w14:paraId="40C711F6" w14:textId="3910370D" w:rsidR="00ED34F4" w:rsidRPr="00A76138" w:rsidRDefault="00ED34F4">
            <w:pPr>
              <w:jc w:val="right"/>
              <w:rPr>
                <w:b/>
                <w:sz w:val="24"/>
                <w:szCs w:val="24"/>
                <w:lang w:val="lt-LT"/>
              </w:rPr>
            </w:pPr>
          </w:p>
        </w:tc>
      </w:tr>
    </w:tbl>
    <w:p w14:paraId="61698871" w14:textId="77777777" w:rsidR="00ED34F4" w:rsidRPr="00A76138" w:rsidRDefault="00D6133F">
      <w:pPr>
        <w:keepNext/>
        <w:spacing w:before="60" w:after="40"/>
        <w:jc w:val="center"/>
        <w:rPr>
          <w:b/>
          <w:color w:val="auto"/>
          <w:sz w:val="24"/>
          <w:szCs w:val="24"/>
          <w:lang w:val="lt-LT"/>
        </w:rPr>
      </w:pPr>
      <w:r w:rsidRPr="00A76138">
        <w:rPr>
          <w:b/>
          <w:color w:val="auto"/>
          <w:sz w:val="24"/>
          <w:szCs w:val="24"/>
          <w:lang w:val="lt-LT"/>
        </w:rPr>
        <w:t>PRAŠYMAS</w:t>
      </w:r>
    </w:p>
    <w:p w14:paraId="0B81906F" w14:textId="6D39B523" w:rsidR="00657223" w:rsidRPr="00A76138" w:rsidRDefault="00D6133F" w:rsidP="00657223">
      <w:pPr>
        <w:keepNext/>
        <w:spacing w:after="100"/>
        <w:jc w:val="center"/>
        <w:rPr>
          <w:b/>
          <w:color w:val="auto"/>
          <w:sz w:val="24"/>
          <w:szCs w:val="24"/>
          <w:lang w:val="lt-LT"/>
        </w:rPr>
      </w:pPr>
      <w:r w:rsidRPr="00A76138">
        <w:rPr>
          <w:b/>
          <w:color w:val="auto"/>
          <w:sz w:val="24"/>
          <w:szCs w:val="24"/>
          <w:lang w:val="lt-LT"/>
        </w:rPr>
        <w:t>DĖL ASBESTO ATLIEKŲ IŠVEŽIMO IR SUTVARKYMO</w:t>
      </w:r>
      <w:r w:rsidR="00657223">
        <w:rPr>
          <w:b/>
          <w:color w:val="auto"/>
          <w:sz w:val="24"/>
          <w:szCs w:val="24"/>
          <w:lang w:val="lt-LT"/>
        </w:rPr>
        <w:br/>
      </w:r>
    </w:p>
    <w:p w14:paraId="340130F9" w14:textId="731C53F8" w:rsidR="003D14D8" w:rsidRPr="00A76138" w:rsidRDefault="00835436" w:rsidP="003D14D8">
      <w:pPr>
        <w:keepNext/>
        <w:spacing w:after="100"/>
        <w:rPr>
          <w:bCs/>
          <w:color w:val="auto"/>
          <w:sz w:val="20"/>
          <w:szCs w:val="20"/>
          <w:lang w:val="lt-LT"/>
        </w:rPr>
      </w:pPr>
      <w:r w:rsidRPr="00A76138">
        <w:rPr>
          <w:bCs/>
          <w:color w:val="auto"/>
          <w:sz w:val="20"/>
          <w:szCs w:val="20"/>
          <w:lang w:val="lt-LT"/>
        </w:rPr>
        <w:t>Vilniaus</w:t>
      </w:r>
      <w:r>
        <w:rPr>
          <w:bCs/>
          <w:color w:val="auto"/>
          <w:sz w:val="20"/>
          <w:szCs w:val="20"/>
          <w:lang w:val="lt-LT"/>
        </w:rPr>
        <w:t xml:space="preserve"> r</w:t>
      </w:r>
      <w:r w:rsidRPr="00A76138">
        <w:rPr>
          <w:bCs/>
          <w:color w:val="auto"/>
          <w:sz w:val="20"/>
          <w:szCs w:val="20"/>
          <w:lang w:val="lt-LT"/>
        </w:rPr>
        <w:t xml:space="preserve">ajono </w:t>
      </w:r>
      <w:r>
        <w:rPr>
          <w:bCs/>
          <w:color w:val="auto"/>
          <w:sz w:val="20"/>
          <w:szCs w:val="20"/>
          <w:lang w:val="lt-LT"/>
        </w:rPr>
        <w:t>s</w:t>
      </w:r>
      <w:r w:rsidRPr="00A76138">
        <w:rPr>
          <w:bCs/>
          <w:color w:val="auto"/>
          <w:sz w:val="20"/>
          <w:szCs w:val="20"/>
          <w:lang w:val="lt-LT"/>
        </w:rPr>
        <w:t xml:space="preserve">avivaldybės </w:t>
      </w:r>
      <w:r>
        <w:rPr>
          <w:bCs/>
          <w:color w:val="auto"/>
          <w:sz w:val="20"/>
          <w:szCs w:val="20"/>
          <w:lang w:val="lt-LT"/>
        </w:rPr>
        <w:t>a</w:t>
      </w:r>
      <w:r w:rsidRPr="00A76138">
        <w:rPr>
          <w:bCs/>
          <w:color w:val="auto"/>
          <w:sz w:val="20"/>
          <w:szCs w:val="20"/>
          <w:lang w:val="lt-LT"/>
        </w:rPr>
        <w:t>dministracijai</w:t>
      </w:r>
      <w:r w:rsidR="00703752">
        <w:rPr>
          <w:bCs/>
          <w:color w:val="auto"/>
          <w:sz w:val="20"/>
          <w:szCs w:val="20"/>
          <w:lang w:val="lt-LT"/>
        </w:rPr>
        <w:t xml:space="preserve"> / seniūnijai</w:t>
      </w:r>
      <w:r w:rsidR="00657223">
        <w:rPr>
          <w:bCs/>
          <w:color w:val="auto"/>
          <w:sz w:val="20"/>
          <w:szCs w:val="20"/>
          <w:lang w:val="lt-LT"/>
        </w:rPr>
        <w:br/>
      </w:r>
    </w:p>
    <w:p w14:paraId="1AF16B98" w14:textId="77777777" w:rsidR="00ED34F4" w:rsidRPr="003D14D8" w:rsidRDefault="00ED34F4">
      <w:pPr>
        <w:spacing w:line="80" w:lineRule="exact"/>
        <w:rPr>
          <w:lang w:val="lt-LT"/>
        </w:rPr>
      </w:pPr>
    </w:p>
    <w:tbl>
      <w:tblPr>
        <w:tblW w:w="0" w:type="auto"/>
        <w:jc w:val="center"/>
        <w:tblBorders>
          <w:top w:val="single" w:sz="6" w:space="0" w:color="AAB7C4"/>
          <w:left w:val="single" w:sz="6" w:space="0" w:color="AAB7C4"/>
          <w:bottom w:val="single" w:sz="6" w:space="0" w:color="AAB7C4"/>
          <w:right w:val="single" w:sz="6" w:space="0" w:color="AAB7C4"/>
          <w:insideH w:val="single" w:sz="6" w:space="0" w:color="AAB7C4"/>
          <w:insideV w:val="single" w:sz="6" w:space="0" w:color="AAB7C4"/>
        </w:tblBorders>
        <w:tblLayout w:type="fixed"/>
        <w:tblLook w:val="04A0" w:firstRow="1" w:lastRow="0" w:firstColumn="1" w:lastColumn="0" w:noHBand="0" w:noVBand="1"/>
      </w:tblPr>
      <w:tblGrid>
        <w:gridCol w:w="5159"/>
        <w:gridCol w:w="5159"/>
      </w:tblGrid>
      <w:tr w:rsidR="00ED34F4" w:rsidRPr="00657223" w14:paraId="7778A7E1" w14:textId="77777777">
        <w:trPr>
          <w:tblHeader/>
          <w:jc w:val="center"/>
        </w:trPr>
        <w:tc>
          <w:tcPr>
            <w:tcW w:w="10318" w:type="dxa"/>
            <w:gridSpan w:val="2"/>
            <w:shd w:val="clear" w:color="auto" w:fill="1F4E78"/>
            <w:tcMar>
              <w:top w:w="70" w:type="dxa"/>
              <w:left w:w="110" w:type="dxa"/>
              <w:bottom w:w="70" w:type="dxa"/>
              <w:right w:w="110" w:type="dxa"/>
            </w:tcMar>
            <w:vAlign w:val="center"/>
          </w:tcPr>
          <w:p w14:paraId="3AB972DF" w14:textId="74AE3167" w:rsidR="00ED34F4" w:rsidRPr="00657223" w:rsidRDefault="00D6133F">
            <w:pPr>
              <w:keepNext/>
              <w:rPr>
                <w:rFonts w:cs="Arial"/>
                <w:sz w:val="18"/>
                <w:szCs w:val="18"/>
                <w:lang w:val="lt-LT"/>
              </w:rPr>
            </w:pPr>
            <w:r w:rsidRPr="4C46CBAF">
              <w:rPr>
                <w:rFonts w:cs="Arial"/>
                <w:b/>
                <w:color w:val="FFFFFF" w:themeColor="background1"/>
                <w:sz w:val="18"/>
                <w:szCs w:val="18"/>
                <w:lang w:val="lt-LT"/>
              </w:rPr>
              <w:t xml:space="preserve">1. </w:t>
            </w:r>
            <w:r w:rsidR="00425228">
              <w:rPr>
                <w:rFonts w:cs="Arial"/>
                <w:b/>
                <w:color w:val="FFFFFF" w:themeColor="background1"/>
                <w:sz w:val="18"/>
                <w:szCs w:val="18"/>
                <w:lang w:val="lt-LT"/>
              </w:rPr>
              <w:t>ATLIEKŲ TURĖTOJO</w:t>
            </w:r>
            <w:r w:rsidRPr="4C46CBAF">
              <w:rPr>
                <w:rFonts w:cs="Arial"/>
                <w:b/>
                <w:color w:val="FFFFFF" w:themeColor="background1"/>
                <w:sz w:val="18"/>
                <w:szCs w:val="18"/>
                <w:lang w:val="lt-LT"/>
              </w:rPr>
              <w:t xml:space="preserve"> DUOMENYS</w:t>
            </w:r>
          </w:p>
        </w:tc>
      </w:tr>
      <w:tr w:rsidR="00ED34F4" w:rsidRPr="00657223" w14:paraId="6F16589E" w14:textId="77777777">
        <w:trPr>
          <w:jc w:val="center"/>
        </w:trPr>
        <w:tc>
          <w:tcPr>
            <w:tcW w:w="5159" w:type="dxa"/>
            <w:tcMar>
              <w:top w:w="80" w:type="dxa"/>
              <w:left w:w="100" w:type="dxa"/>
              <w:bottom w:w="80" w:type="dxa"/>
              <w:right w:w="100" w:type="dxa"/>
            </w:tcMar>
            <w:vAlign w:val="center"/>
          </w:tcPr>
          <w:p w14:paraId="05752189" w14:textId="0880E011" w:rsidR="00E6149A" w:rsidRDefault="00D6133F">
            <w:pPr>
              <w:spacing w:after="40"/>
              <w:rPr>
                <w:rFonts w:cs="Arial"/>
                <w:color w:val="B42318"/>
                <w:sz w:val="18"/>
                <w:szCs w:val="18"/>
                <w:lang w:val="lt-LT"/>
              </w:rPr>
            </w:pPr>
            <w:r w:rsidRPr="00657223">
              <w:rPr>
                <w:rFonts w:cs="Arial"/>
                <w:b/>
                <w:sz w:val="18"/>
                <w:szCs w:val="18"/>
                <w:lang w:val="lt-LT"/>
              </w:rPr>
              <w:t>Vardas</w:t>
            </w:r>
            <w:r w:rsidRPr="00657223">
              <w:rPr>
                <w:rFonts w:cs="Arial"/>
                <w:b/>
                <w:color w:val="B42318"/>
                <w:sz w:val="18"/>
                <w:szCs w:val="18"/>
                <w:lang w:val="lt-LT"/>
              </w:rPr>
              <w:t xml:space="preserve"> *</w:t>
            </w:r>
          </w:p>
          <w:p w14:paraId="63BE5048" w14:textId="68CBDA1D" w:rsidR="00ED34F4" w:rsidRPr="00657223" w:rsidRDefault="00E80A24">
            <w:pPr>
              <w:rPr>
                <w:rFonts w:cs="Arial"/>
                <w:sz w:val="18"/>
                <w:szCs w:val="18"/>
                <w:lang w:val="lt-LT"/>
              </w:rPr>
            </w:pPr>
            <w:sdt>
              <w:sdtPr>
                <w:rPr>
                  <w:rFonts w:cs="Arial"/>
                  <w:sz w:val="18"/>
                  <w:szCs w:val="18"/>
                  <w:lang w:val="lt-LT"/>
                </w:rPr>
                <w:alias w:val="Vardas"/>
                <w:tag w:val="VARDAS"/>
                <w:id w:val="2000305153"/>
                <w:showingPlcHdr/>
                <w:text/>
              </w:sdtPr>
              <w:sdtEndPr/>
              <w:sdtContent>
                <w:r w:rsidR="00657223">
                  <w:rPr>
                    <w:rFonts w:cs="Arial"/>
                    <w:sz w:val="18"/>
                    <w:szCs w:val="18"/>
                    <w:lang w:val="lt-LT"/>
                  </w:rPr>
                  <w:t xml:space="preserve">     </w:t>
                </w:r>
              </w:sdtContent>
            </w:sdt>
          </w:p>
        </w:tc>
        <w:tc>
          <w:tcPr>
            <w:tcW w:w="5159" w:type="dxa"/>
            <w:tcMar>
              <w:top w:w="80" w:type="dxa"/>
              <w:left w:w="100" w:type="dxa"/>
              <w:bottom w:w="80" w:type="dxa"/>
              <w:right w:w="100" w:type="dxa"/>
            </w:tcMar>
            <w:vAlign w:val="center"/>
          </w:tcPr>
          <w:p w14:paraId="2B9D3A37" w14:textId="7CCC4364" w:rsidR="00E6149A" w:rsidRDefault="00D6133F">
            <w:pPr>
              <w:spacing w:after="40"/>
              <w:rPr>
                <w:rFonts w:cs="Arial"/>
                <w:b/>
                <w:color w:val="B42318"/>
                <w:sz w:val="18"/>
                <w:szCs w:val="18"/>
                <w:lang w:val="lt-LT"/>
              </w:rPr>
            </w:pPr>
            <w:r w:rsidRPr="00657223">
              <w:rPr>
                <w:rFonts w:cs="Arial"/>
                <w:b/>
                <w:sz w:val="18"/>
                <w:szCs w:val="18"/>
                <w:lang w:val="lt-LT"/>
              </w:rPr>
              <w:t>Pavardė</w:t>
            </w:r>
            <w:r w:rsidRPr="00657223">
              <w:rPr>
                <w:rFonts w:cs="Arial"/>
                <w:b/>
                <w:color w:val="B42318"/>
                <w:sz w:val="18"/>
                <w:szCs w:val="18"/>
                <w:lang w:val="lt-LT"/>
              </w:rPr>
              <w:t xml:space="preserve"> *</w:t>
            </w:r>
          </w:p>
          <w:p w14:paraId="764FD11E" w14:textId="6FBD3AE4" w:rsidR="00ED34F4" w:rsidRPr="00657223" w:rsidRDefault="00E80A24">
            <w:pPr>
              <w:rPr>
                <w:rFonts w:cs="Arial"/>
                <w:sz w:val="18"/>
                <w:szCs w:val="18"/>
                <w:lang w:val="lt-LT"/>
              </w:rPr>
            </w:pPr>
            <w:sdt>
              <w:sdtPr>
                <w:rPr>
                  <w:rFonts w:cs="Arial"/>
                  <w:sz w:val="18"/>
                  <w:szCs w:val="18"/>
                  <w:lang w:val="lt-LT"/>
                </w:rPr>
                <w:alias w:val="Pavardė"/>
                <w:tag w:val="PAVARDE"/>
                <w:id w:val="923997683"/>
                <w:showingPlcHdr/>
                <w:text/>
              </w:sdtPr>
              <w:sdtEndPr/>
              <w:sdtContent>
                <w:r w:rsidR="00657223">
                  <w:rPr>
                    <w:rFonts w:cs="Arial"/>
                    <w:sz w:val="18"/>
                    <w:szCs w:val="18"/>
                    <w:lang w:val="lt-LT"/>
                  </w:rPr>
                  <w:t xml:space="preserve">     </w:t>
                </w:r>
              </w:sdtContent>
            </w:sdt>
          </w:p>
        </w:tc>
      </w:tr>
      <w:tr w:rsidR="00ED34F4" w:rsidRPr="00657223" w14:paraId="423E550C" w14:textId="77777777">
        <w:trPr>
          <w:jc w:val="center"/>
        </w:trPr>
        <w:tc>
          <w:tcPr>
            <w:tcW w:w="5159" w:type="dxa"/>
            <w:tcMar>
              <w:top w:w="80" w:type="dxa"/>
              <w:left w:w="100" w:type="dxa"/>
              <w:bottom w:w="80" w:type="dxa"/>
              <w:right w:w="100" w:type="dxa"/>
            </w:tcMar>
            <w:vAlign w:val="center"/>
          </w:tcPr>
          <w:p w14:paraId="475294D1" w14:textId="77777777" w:rsidR="00ED34F4" w:rsidRDefault="00D6133F">
            <w:pPr>
              <w:spacing w:after="40"/>
              <w:rPr>
                <w:rFonts w:cs="Arial"/>
                <w:i/>
                <w:color w:val="667788"/>
                <w:sz w:val="18"/>
                <w:szCs w:val="18"/>
                <w:lang w:val="lt-LT"/>
              </w:rPr>
            </w:pPr>
            <w:r w:rsidRPr="00657223">
              <w:rPr>
                <w:rFonts w:cs="Arial"/>
                <w:b/>
                <w:sz w:val="18"/>
                <w:szCs w:val="18"/>
                <w:lang w:val="lt-LT"/>
              </w:rPr>
              <w:t>Telefono numeris</w:t>
            </w:r>
            <w:r w:rsidRPr="00657223">
              <w:rPr>
                <w:rFonts w:cs="Arial"/>
                <w:b/>
                <w:color w:val="B42318"/>
                <w:sz w:val="18"/>
                <w:szCs w:val="18"/>
                <w:lang w:val="lt-LT"/>
              </w:rPr>
              <w:t xml:space="preserve"> *</w:t>
            </w:r>
            <w:r w:rsidRPr="00657223">
              <w:rPr>
                <w:rFonts w:cs="Arial"/>
                <w:i/>
                <w:color w:val="667788"/>
                <w:sz w:val="18"/>
                <w:szCs w:val="18"/>
                <w:lang w:val="lt-LT"/>
              </w:rPr>
              <w:t xml:space="preserve">  formatas +370 XXX XX XXX</w:t>
            </w:r>
          </w:p>
          <w:p w14:paraId="2A8B6114" w14:textId="77777777" w:rsidR="00B750C9" w:rsidRPr="00657223" w:rsidRDefault="00B750C9">
            <w:pPr>
              <w:spacing w:after="40"/>
              <w:rPr>
                <w:rFonts w:cs="Arial"/>
                <w:sz w:val="18"/>
                <w:szCs w:val="18"/>
                <w:lang w:val="lt-LT"/>
              </w:rPr>
            </w:pPr>
          </w:p>
          <w:p w14:paraId="4623F3A9" w14:textId="77AC8385" w:rsidR="00ED34F4" w:rsidRPr="00657223" w:rsidRDefault="00E80A24">
            <w:pPr>
              <w:rPr>
                <w:rFonts w:cs="Arial"/>
                <w:sz w:val="18"/>
                <w:szCs w:val="18"/>
                <w:lang w:val="lt-LT"/>
              </w:rPr>
            </w:pPr>
            <w:sdt>
              <w:sdtPr>
                <w:rPr>
                  <w:rFonts w:cs="Arial"/>
                  <w:sz w:val="18"/>
                  <w:szCs w:val="18"/>
                  <w:lang w:val="lt-LT"/>
                </w:rPr>
                <w:alias w:val="Telefono numeris"/>
                <w:tag w:val="TELEFONAS"/>
                <w:id w:val="1396696106"/>
                <w:showingPlcHdr/>
                <w:text/>
              </w:sdtPr>
              <w:sdtEndPr/>
              <w:sdtContent>
                <w:r w:rsidR="00657223">
                  <w:rPr>
                    <w:rFonts w:cs="Arial"/>
                    <w:sz w:val="18"/>
                    <w:szCs w:val="18"/>
                    <w:lang w:val="lt-LT"/>
                  </w:rPr>
                  <w:t xml:space="preserve">     </w:t>
                </w:r>
              </w:sdtContent>
            </w:sdt>
          </w:p>
        </w:tc>
        <w:tc>
          <w:tcPr>
            <w:tcW w:w="5159" w:type="dxa"/>
            <w:tcMar>
              <w:top w:w="80" w:type="dxa"/>
              <w:left w:w="100" w:type="dxa"/>
              <w:bottom w:w="80" w:type="dxa"/>
              <w:right w:w="100" w:type="dxa"/>
            </w:tcMar>
            <w:vAlign w:val="center"/>
          </w:tcPr>
          <w:p w14:paraId="6C477D26" w14:textId="5D867183" w:rsidR="00ED34F4" w:rsidRDefault="00D6133F">
            <w:pPr>
              <w:spacing w:after="40"/>
              <w:rPr>
                <w:rFonts w:cs="Arial"/>
                <w:i/>
                <w:color w:val="667788"/>
                <w:sz w:val="18"/>
                <w:szCs w:val="18"/>
                <w:lang w:val="lt-LT"/>
              </w:rPr>
            </w:pPr>
            <w:r w:rsidRPr="00657223">
              <w:rPr>
                <w:rFonts w:cs="Arial"/>
                <w:b/>
                <w:sz w:val="18"/>
                <w:szCs w:val="18"/>
                <w:lang w:val="lt-LT"/>
              </w:rPr>
              <w:t>El. pašto adresas</w:t>
            </w:r>
            <w:r w:rsidRPr="00657223">
              <w:rPr>
                <w:rFonts w:cs="Arial"/>
                <w:b/>
                <w:color w:val="B42318"/>
                <w:sz w:val="18"/>
                <w:szCs w:val="18"/>
                <w:lang w:val="lt-LT"/>
              </w:rPr>
              <w:t xml:space="preserve"> *</w:t>
            </w:r>
          </w:p>
          <w:p w14:paraId="406E8CE6" w14:textId="77777777" w:rsidR="00B750C9" w:rsidRPr="00657223" w:rsidRDefault="00B750C9">
            <w:pPr>
              <w:spacing w:after="40"/>
              <w:rPr>
                <w:rFonts w:cs="Arial"/>
                <w:sz w:val="18"/>
                <w:szCs w:val="18"/>
                <w:lang w:val="lt-LT"/>
              </w:rPr>
            </w:pPr>
          </w:p>
          <w:p w14:paraId="0D990415" w14:textId="315EA900" w:rsidR="00ED34F4" w:rsidRPr="00657223" w:rsidRDefault="00E80A24">
            <w:pPr>
              <w:rPr>
                <w:rFonts w:cs="Arial"/>
                <w:sz w:val="18"/>
                <w:szCs w:val="18"/>
                <w:lang w:val="lt-LT"/>
              </w:rPr>
            </w:pPr>
            <w:sdt>
              <w:sdtPr>
                <w:rPr>
                  <w:rFonts w:cs="Arial"/>
                  <w:sz w:val="18"/>
                  <w:szCs w:val="18"/>
                  <w:lang w:val="lt-LT"/>
                </w:rPr>
                <w:alias w:val="El. pašto adresas"/>
                <w:tag w:val="EL_PASTAS"/>
                <w:id w:val="2092033134"/>
                <w:showingPlcHdr/>
                <w:text/>
              </w:sdtPr>
              <w:sdtEndPr/>
              <w:sdtContent>
                <w:r w:rsidR="00657223">
                  <w:rPr>
                    <w:rFonts w:cs="Arial"/>
                    <w:sz w:val="18"/>
                    <w:szCs w:val="18"/>
                    <w:lang w:val="lt-LT"/>
                  </w:rPr>
                  <w:t xml:space="preserve">     </w:t>
                </w:r>
              </w:sdtContent>
            </w:sdt>
          </w:p>
        </w:tc>
      </w:tr>
    </w:tbl>
    <w:p w14:paraId="3DB32BBA" w14:textId="77777777" w:rsidR="00ED34F4" w:rsidRPr="00657223" w:rsidRDefault="00E80A24">
      <w:pPr>
        <w:spacing w:line="80" w:lineRule="exact"/>
        <w:rPr>
          <w:rFonts w:cs="Arial"/>
          <w:sz w:val="18"/>
          <w:szCs w:val="18"/>
          <w:lang w:val="lt-LT"/>
        </w:rPr>
      </w:pPr>
      <w:sdt>
        <w:sdtPr>
          <w:rPr>
            <w:rFonts w:cs="Arial"/>
            <w:sz w:val="18"/>
            <w:szCs w:val="18"/>
            <w:lang w:val="lt-LT"/>
          </w:rPr>
          <w:alias w:val="Gyvenamosios vietos arba korespondencijos adresas"/>
          <w:tag w:val="GYVENAMOSIOS_VIETOS_ADRESAS"/>
          <w:id w:val="-1454706614"/>
          <w:text w:multiLine="1"/>
        </w:sdtPr>
        <w:sdtEndPr/>
        <w:sdtContent/>
      </w:sdt>
    </w:p>
    <w:tbl>
      <w:tblPr>
        <w:tblW w:w="0" w:type="auto"/>
        <w:jc w:val="center"/>
        <w:tblBorders>
          <w:top w:val="single" w:sz="6" w:space="0" w:color="AAB7C4"/>
          <w:left w:val="single" w:sz="6" w:space="0" w:color="AAB7C4"/>
          <w:bottom w:val="single" w:sz="6" w:space="0" w:color="AAB7C4"/>
          <w:right w:val="single" w:sz="6" w:space="0" w:color="AAB7C4"/>
          <w:insideH w:val="single" w:sz="6" w:space="0" w:color="AAB7C4"/>
          <w:insideV w:val="single" w:sz="6" w:space="0" w:color="AAB7C4"/>
        </w:tblBorders>
        <w:tblLayout w:type="fixed"/>
        <w:tblLook w:val="04A0" w:firstRow="1" w:lastRow="0" w:firstColumn="1" w:lastColumn="0" w:noHBand="0" w:noVBand="1"/>
      </w:tblPr>
      <w:tblGrid>
        <w:gridCol w:w="3434"/>
        <w:gridCol w:w="1723"/>
        <w:gridCol w:w="1717"/>
        <w:gridCol w:w="3440"/>
      </w:tblGrid>
      <w:tr w:rsidR="00ED34F4" w:rsidRPr="00657223" w14:paraId="4F7F2033" w14:textId="77777777">
        <w:trPr>
          <w:tblHeader/>
          <w:jc w:val="center"/>
        </w:trPr>
        <w:tc>
          <w:tcPr>
            <w:tcW w:w="10314" w:type="dxa"/>
            <w:gridSpan w:val="4"/>
            <w:shd w:val="clear" w:color="auto" w:fill="1F4E78"/>
            <w:tcMar>
              <w:top w:w="70" w:type="dxa"/>
              <w:left w:w="110" w:type="dxa"/>
              <w:bottom w:w="70" w:type="dxa"/>
              <w:right w:w="110" w:type="dxa"/>
            </w:tcMar>
            <w:vAlign w:val="center"/>
          </w:tcPr>
          <w:p w14:paraId="1DA14920" w14:textId="5512763C" w:rsidR="00ED34F4" w:rsidRPr="00657223" w:rsidRDefault="00D6133F">
            <w:pPr>
              <w:keepNext/>
              <w:rPr>
                <w:rFonts w:cs="Arial"/>
                <w:sz w:val="18"/>
                <w:szCs w:val="18"/>
                <w:lang w:val="lt-LT"/>
              </w:rPr>
            </w:pPr>
            <w:r w:rsidRPr="5332EB3D">
              <w:rPr>
                <w:rFonts w:cs="Arial"/>
                <w:b/>
                <w:color w:val="FFFFFF" w:themeColor="background1"/>
                <w:sz w:val="18"/>
                <w:szCs w:val="18"/>
                <w:lang w:val="lt-LT"/>
              </w:rPr>
              <w:t>2. ATLIEKŲ SUSIDARYMO VIETA</w:t>
            </w:r>
          </w:p>
        </w:tc>
      </w:tr>
      <w:tr w:rsidR="00ED34F4" w:rsidRPr="00657223" w14:paraId="2E6DDAFE" w14:textId="77777777">
        <w:trPr>
          <w:jc w:val="center"/>
        </w:trPr>
        <w:tc>
          <w:tcPr>
            <w:tcW w:w="5157" w:type="dxa"/>
            <w:gridSpan w:val="2"/>
            <w:tcMar>
              <w:top w:w="80" w:type="dxa"/>
              <w:left w:w="100" w:type="dxa"/>
              <w:bottom w:w="80" w:type="dxa"/>
              <w:right w:w="100" w:type="dxa"/>
            </w:tcMar>
            <w:vAlign w:val="center"/>
          </w:tcPr>
          <w:p w14:paraId="5B031A9E" w14:textId="77777777" w:rsidR="00ED34F4" w:rsidRDefault="00D6133F">
            <w:pPr>
              <w:spacing w:after="40"/>
              <w:rPr>
                <w:rFonts w:cs="Arial"/>
                <w:i/>
                <w:color w:val="667788"/>
                <w:sz w:val="18"/>
                <w:szCs w:val="18"/>
                <w:lang w:val="lt-LT"/>
              </w:rPr>
            </w:pPr>
            <w:r w:rsidRPr="00657223">
              <w:rPr>
                <w:rFonts w:cs="Arial"/>
                <w:b/>
                <w:sz w:val="18"/>
                <w:szCs w:val="18"/>
                <w:lang w:val="lt-LT"/>
              </w:rPr>
              <w:t>Seniūnija</w:t>
            </w:r>
            <w:r w:rsidRPr="00657223">
              <w:rPr>
                <w:rFonts w:cs="Arial"/>
                <w:i/>
                <w:color w:val="667788"/>
                <w:sz w:val="18"/>
                <w:szCs w:val="18"/>
                <w:lang w:val="lt-LT"/>
              </w:rPr>
              <w:t xml:space="preserve">  jeigu nežinote – palikite tuščią</w:t>
            </w:r>
          </w:p>
          <w:p w14:paraId="6A811FA3" w14:textId="77777777" w:rsidR="00E6149A" w:rsidRPr="00657223" w:rsidRDefault="00E6149A">
            <w:pPr>
              <w:spacing w:after="40"/>
              <w:rPr>
                <w:rFonts w:cs="Arial"/>
                <w:sz w:val="18"/>
                <w:szCs w:val="18"/>
                <w:lang w:val="lt-LT"/>
              </w:rPr>
            </w:pPr>
          </w:p>
          <w:p w14:paraId="2121144A" w14:textId="10235DF3" w:rsidR="00ED34F4" w:rsidRPr="00657223" w:rsidRDefault="00E80A24">
            <w:pPr>
              <w:rPr>
                <w:rFonts w:cs="Arial"/>
                <w:sz w:val="18"/>
                <w:szCs w:val="18"/>
                <w:lang w:val="lt-LT"/>
              </w:rPr>
            </w:pPr>
            <w:sdt>
              <w:sdtPr>
                <w:rPr>
                  <w:rFonts w:cs="Arial"/>
                  <w:sz w:val="18"/>
                  <w:szCs w:val="18"/>
                  <w:lang w:val="lt-LT"/>
                </w:rPr>
                <w:alias w:val="Seniūnija"/>
                <w:tag w:val="SENIUNIJA"/>
                <w:id w:val="-1137566391"/>
                <w:showingPlcHdr/>
                <w:text/>
              </w:sdtPr>
              <w:sdtEndPr/>
              <w:sdtContent>
                <w:r w:rsidR="00657223">
                  <w:rPr>
                    <w:rFonts w:cs="Arial"/>
                    <w:sz w:val="18"/>
                    <w:szCs w:val="18"/>
                    <w:lang w:val="lt-LT"/>
                  </w:rPr>
                  <w:t xml:space="preserve">     </w:t>
                </w:r>
              </w:sdtContent>
            </w:sdt>
          </w:p>
        </w:tc>
        <w:tc>
          <w:tcPr>
            <w:tcW w:w="5157" w:type="dxa"/>
            <w:gridSpan w:val="2"/>
            <w:tcMar>
              <w:top w:w="80" w:type="dxa"/>
              <w:left w:w="100" w:type="dxa"/>
              <w:bottom w:w="80" w:type="dxa"/>
              <w:right w:w="100" w:type="dxa"/>
            </w:tcMar>
            <w:vAlign w:val="center"/>
          </w:tcPr>
          <w:p w14:paraId="0D141C26" w14:textId="77777777" w:rsidR="00ED34F4" w:rsidRDefault="00D6133F">
            <w:pPr>
              <w:spacing w:after="40"/>
              <w:rPr>
                <w:rFonts w:cs="Arial"/>
                <w:i/>
                <w:color w:val="667788"/>
                <w:sz w:val="18"/>
                <w:szCs w:val="18"/>
                <w:lang w:val="lt-LT"/>
              </w:rPr>
            </w:pPr>
            <w:r w:rsidRPr="00657223">
              <w:rPr>
                <w:rFonts w:cs="Arial"/>
                <w:b/>
                <w:sz w:val="18"/>
                <w:szCs w:val="18"/>
                <w:lang w:val="lt-LT"/>
              </w:rPr>
              <w:t>Gyvenvietės tipas</w:t>
            </w:r>
            <w:r w:rsidRPr="00657223">
              <w:rPr>
                <w:rFonts w:cs="Arial"/>
                <w:b/>
                <w:color w:val="B42318"/>
                <w:sz w:val="18"/>
                <w:szCs w:val="18"/>
                <w:lang w:val="lt-LT"/>
              </w:rPr>
              <w:t xml:space="preserve"> *</w:t>
            </w:r>
            <w:r w:rsidRPr="00657223">
              <w:rPr>
                <w:rFonts w:cs="Arial"/>
                <w:i/>
                <w:color w:val="667788"/>
                <w:sz w:val="18"/>
                <w:szCs w:val="18"/>
                <w:lang w:val="lt-LT"/>
              </w:rPr>
              <w:t xml:space="preserve">  miestas / miestelis / kaimas / viensėdis</w:t>
            </w:r>
          </w:p>
          <w:p w14:paraId="1910F717" w14:textId="77777777" w:rsidR="00E6149A" w:rsidRPr="00657223" w:rsidRDefault="00E6149A">
            <w:pPr>
              <w:spacing w:after="40"/>
              <w:rPr>
                <w:rFonts w:cs="Arial"/>
                <w:sz w:val="18"/>
                <w:szCs w:val="18"/>
                <w:lang w:val="lt-LT"/>
              </w:rPr>
            </w:pPr>
          </w:p>
          <w:p w14:paraId="5788994C" w14:textId="72AD9569" w:rsidR="00ED34F4" w:rsidRPr="00657223" w:rsidRDefault="00E80A24">
            <w:pPr>
              <w:rPr>
                <w:rFonts w:cs="Arial"/>
                <w:sz w:val="18"/>
                <w:szCs w:val="18"/>
                <w:lang w:val="lt-LT"/>
              </w:rPr>
            </w:pPr>
            <w:sdt>
              <w:sdtPr>
                <w:rPr>
                  <w:rFonts w:cs="Arial"/>
                  <w:sz w:val="18"/>
                  <w:szCs w:val="18"/>
                  <w:lang w:val="lt-LT"/>
                </w:rPr>
                <w:alias w:val="Gyvenvietės tipas"/>
                <w:tag w:val="GYVENVIETES_TIPAS"/>
                <w:id w:val="-1274541391"/>
                <w:showingPlcHdr/>
                <w:text/>
              </w:sdtPr>
              <w:sdtEndPr/>
              <w:sdtContent>
                <w:r w:rsidR="00657223">
                  <w:rPr>
                    <w:rFonts w:cs="Arial"/>
                    <w:sz w:val="18"/>
                    <w:szCs w:val="18"/>
                    <w:lang w:val="lt-LT"/>
                  </w:rPr>
                  <w:t xml:space="preserve">     </w:t>
                </w:r>
              </w:sdtContent>
            </w:sdt>
          </w:p>
        </w:tc>
      </w:tr>
      <w:tr w:rsidR="00ED34F4" w:rsidRPr="00657223" w14:paraId="7A4808CD" w14:textId="77777777">
        <w:trPr>
          <w:jc w:val="center"/>
        </w:trPr>
        <w:tc>
          <w:tcPr>
            <w:tcW w:w="6874" w:type="dxa"/>
            <w:gridSpan w:val="3"/>
            <w:tcMar>
              <w:top w:w="80" w:type="dxa"/>
              <w:left w:w="100" w:type="dxa"/>
              <w:bottom w:w="80" w:type="dxa"/>
              <w:right w:w="100" w:type="dxa"/>
            </w:tcMar>
            <w:vAlign w:val="center"/>
          </w:tcPr>
          <w:p w14:paraId="477708B5" w14:textId="77777777" w:rsidR="00ED34F4" w:rsidRDefault="00D6133F">
            <w:pPr>
              <w:spacing w:after="40"/>
              <w:rPr>
                <w:rFonts w:cs="Arial"/>
                <w:i/>
                <w:color w:val="667788"/>
                <w:sz w:val="18"/>
                <w:szCs w:val="18"/>
                <w:lang w:val="lt-LT"/>
              </w:rPr>
            </w:pPr>
            <w:r w:rsidRPr="00657223">
              <w:rPr>
                <w:rFonts w:cs="Arial"/>
                <w:b/>
                <w:sz w:val="18"/>
                <w:szCs w:val="18"/>
                <w:lang w:val="lt-LT"/>
              </w:rPr>
              <w:t>Gyvenvietės pavadinimas</w:t>
            </w:r>
            <w:r w:rsidRPr="00657223">
              <w:rPr>
                <w:rFonts w:cs="Arial"/>
                <w:b/>
                <w:color w:val="B42318"/>
                <w:sz w:val="18"/>
                <w:szCs w:val="18"/>
                <w:lang w:val="lt-LT"/>
              </w:rPr>
              <w:t xml:space="preserve"> *</w:t>
            </w:r>
            <w:r w:rsidRPr="00657223">
              <w:rPr>
                <w:rFonts w:cs="Arial"/>
                <w:i/>
                <w:color w:val="667788"/>
                <w:sz w:val="18"/>
                <w:szCs w:val="18"/>
                <w:lang w:val="lt-LT"/>
              </w:rPr>
              <w:t xml:space="preserve">  pvz., Egliškės</w:t>
            </w:r>
          </w:p>
          <w:p w14:paraId="658A3B1C" w14:textId="77777777" w:rsidR="003566BA" w:rsidRPr="00657223" w:rsidRDefault="003566BA">
            <w:pPr>
              <w:spacing w:after="40"/>
              <w:rPr>
                <w:rFonts w:cs="Arial"/>
                <w:sz w:val="18"/>
                <w:szCs w:val="18"/>
                <w:lang w:val="lt-LT"/>
              </w:rPr>
            </w:pPr>
          </w:p>
          <w:p w14:paraId="3C95D7B4" w14:textId="4FCC1E1F" w:rsidR="00ED34F4" w:rsidRPr="00657223" w:rsidRDefault="00E80A24">
            <w:pPr>
              <w:rPr>
                <w:rFonts w:cs="Arial"/>
                <w:sz w:val="18"/>
                <w:szCs w:val="18"/>
                <w:lang w:val="lt-LT"/>
              </w:rPr>
            </w:pPr>
            <w:sdt>
              <w:sdtPr>
                <w:rPr>
                  <w:rFonts w:cs="Arial"/>
                  <w:sz w:val="18"/>
                  <w:szCs w:val="18"/>
                  <w:lang w:val="lt-LT"/>
                </w:rPr>
                <w:alias w:val="Gyvenvietės pavadinimas"/>
                <w:tag w:val="GYVENVIETE"/>
                <w:id w:val="1617175416"/>
                <w:showingPlcHdr/>
                <w:text/>
              </w:sdtPr>
              <w:sdtEndPr/>
              <w:sdtContent>
                <w:r w:rsidR="00657223">
                  <w:rPr>
                    <w:rFonts w:cs="Arial"/>
                    <w:sz w:val="18"/>
                    <w:szCs w:val="18"/>
                    <w:lang w:val="lt-LT"/>
                  </w:rPr>
                  <w:t xml:space="preserve">     </w:t>
                </w:r>
              </w:sdtContent>
            </w:sdt>
          </w:p>
        </w:tc>
        <w:tc>
          <w:tcPr>
            <w:tcW w:w="3440" w:type="dxa"/>
            <w:tcMar>
              <w:top w:w="80" w:type="dxa"/>
              <w:left w:w="100" w:type="dxa"/>
              <w:bottom w:w="80" w:type="dxa"/>
              <w:right w:w="100" w:type="dxa"/>
            </w:tcMar>
            <w:vAlign w:val="center"/>
          </w:tcPr>
          <w:p w14:paraId="5B80E6F6" w14:textId="77777777" w:rsidR="00ED34F4" w:rsidRPr="00657223" w:rsidRDefault="00D6133F">
            <w:pPr>
              <w:spacing w:after="40"/>
              <w:rPr>
                <w:rFonts w:cs="Arial"/>
                <w:sz w:val="18"/>
                <w:szCs w:val="18"/>
                <w:lang w:val="lt-LT"/>
              </w:rPr>
            </w:pPr>
            <w:r w:rsidRPr="00657223">
              <w:rPr>
                <w:rFonts w:cs="Arial"/>
                <w:b/>
                <w:sz w:val="18"/>
                <w:szCs w:val="18"/>
                <w:lang w:val="lt-LT"/>
              </w:rPr>
              <w:t>Pašto kodas</w:t>
            </w:r>
            <w:r w:rsidRPr="00657223">
              <w:rPr>
                <w:rFonts w:cs="Arial"/>
                <w:i/>
                <w:color w:val="667788"/>
                <w:sz w:val="18"/>
                <w:szCs w:val="18"/>
                <w:lang w:val="lt-LT"/>
              </w:rPr>
              <w:t xml:space="preserve">  LT-_____</w:t>
            </w:r>
          </w:p>
          <w:p w14:paraId="7B294BA6" w14:textId="49A43422" w:rsidR="00ED34F4" w:rsidRPr="00657223" w:rsidRDefault="00E80A24">
            <w:pPr>
              <w:rPr>
                <w:rFonts w:cs="Arial"/>
                <w:sz w:val="18"/>
                <w:szCs w:val="18"/>
                <w:lang w:val="lt-LT"/>
              </w:rPr>
            </w:pPr>
            <w:sdt>
              <w:sdtPr>
                <w:rPr>
                  <w:rFonts w:cs="Arial"/>
                  <w:sz w:val="18"/>
                  <w:szCs w:val="18"/>
                  <w:lang w:val="lt-LT"/>
                </w:rPr>
                <w:alias w:val="Pašto kodas"/>
                <w:tag w:val="PASTO_KODAS"/>
                <w:id w:val="45036502"/>
                <w:showingPlcHdr/>
                <w:text/>
              </w:sdtPr>
              <w:sdtEndPr/>
              <w:sdtContent>
                <w:r w:rsidR="003566BA">
                  <w:rPr>
                    <w:rFonts w:cs="Arial"/>
                    <w:sz w:val="18"/>
                    <w:szCs w:val="18"/>
                    <w:lang w:val="lt-LT"/>
                  </w:rPr>
                  <w:t xml:space="preserve">     </w:t>
                </w:r>
              </w:sdtContent>
            </w:sdt>
          </w:p>
        </w:tc>
      </w:tr>
      <w:tr w:rsidR="00ED34F4" w:rsidRPr="00657223" w14:paraId="47E3B7E8" w14:textId="77777777">
        <w:trPr>
          <w:jc w:val="center"/>
        </w:trPr>
        <w:tc>
          <w:tcPr>
            <w:tcW w:w="6874" w:type="dxa"/>
            <w:gridSpan w:val="3"/>
            <w:tcMar>
              <w:top w:w="80" w:type="dxa"/>
              <w:left w:w="100" w:type="dxa"/>
              <w:bottom w:w="80" w:type="dxa"/>
              <w:right w:w="100" w:type="dxa"/>
            </w:tcMar>
            <w:vAlign w:val="center"/>
          </w:tcPr>
          <w:p w14:paraId="38869716" w14:textId="52D33D5A" w:rsidR="00ED34F4" w:rsidRDefault="00D6133F">
            <w:pPr>
              <w:spacing w:after="40"/>
              <w:rPr>
                <w:rFonts w:cs="Arial"/>
                <w:i/>
                <w:color w:val="667788"/>
                <w:sz w:val="18"/>
                <w:szCs w:val="18"/>
                <w:lang w:val="lt-LT"/>
              </w:rPr>
            </w:pPr>
            <w:r w:rsidRPr="00657223">
              <w:rPr>
                <w:rFonts w:cs="Arial"/>
                <w:b/>
                <w:sz w:val="18"/>
                <w:szCs w:val="18"/>
                <w:lang w:val="lt-LT"/>
              </w:rPr>
              <w:t>Gatvė</w:t>
            </w:r>
            <w:r w:rsidRPr="00657223">
              <w:rPr>
                <w:rFonts w:cs="Arial"/>
                <w:b/>
                <w:color w:val="B42318"/>
                <w:sz w:val="18"/>
                <w:szCs w:val="18"/>
                <w:lang w:val="lt-LT"/>
              </w:rPr>
              <w:t xml:space="preserve"> *</w:t>
            </w:r>
            <w:r w:rsidRPr="00657223">
              <w:rPr>
                <w:rFonts w:cs="Arial"/>
                <w:i/>
                <w:color w:val="667788"/>
                <w:sz w:val="18"/>
                <w:szCs w:val="18"/>
                <w:lang w:val="lt-LT"/>
              </w:rPr>
              <w:t xml:space="preserve">  jei gatvė nesuteikta – rašykite NĖRA</w:t>
            </w:r>
          </w:p>
          <w:p w14:paraId="5590C1E4" w14:textId="77777777" w:rsidR="00E6149A" w:rsidRPr="00657223" w:rsidRDefault="00E6149A">
            <w:pPr>
              <w:spacing w:after="40"/>
              <w:rPr>
                <w:rFonts w:cs="Arial"/>
                <w:sz w:val="18"/>
                <w:szCs w:val="18"/>
                <w:lang w:val="lt-LT"/>
              </w:rPr>
            </w:pPr>
          </w:p>
          <w:p w14:paraId="1E5EEF27" w14:textId="1150B89A" w:rsidR="00ED34F4" w:rsidRPr="00657223" w:rsidRDefault="00E80A24">
            <w:pPr>
              <w:rPr>
                <w:rFonts w:cs="Arial"/>
                <w:sz w:val="18"/>
                <w:szCs w:val="18"/>
                <w:lang w:val="lt-LT"/>
              </w:rPr>
            </w:pPr>
            <w:sdt>
              <w:sdtPr>
                <w:rPr>
                  <w:rFonts w:cs="Arial"/>
                  <w:sz w:val="18"/>
                  <w:szCs w:val="18"/>
                  <w:lang w:val="lt-LT"/>
                </w:rPr>
                <w:alias w:val="Gatvė arba kelias"/>
                <w:tag w:val="GATVE_KELIAS"/>
                <w:id w:val="-199396048"/>
                <w:showingPlcHdr/>
                <w:text/>
              </w:sdtPr>
              <w:sdtEndPr/>
              <w:sdtContent>
                <w:r w:rsidR="00657223">
                  <w:rPr>
                    <w:rFonts w:cs="Arial"/>
                    <w:sz w:val="18"/>
                    <w:szCs w:val="18"/>
                    <w:lang w:val="lt-LT"/>
                  </w:rPr>
                  <w:t xml:space="preserve">     </w:t>
                </w:r>
              </w:sdtContent>
            </w:sdt>
          </w:p>
        </w:tc>
        <w:tc>
          <w:tcPr>
            <w:tcW w:w="3440" w:type="dxa"/>
            <w:tcMar>
              <w:top w:w="80" w:type="dxa"/>
              <w:left w:w="100" w:type="dxa"/>
              <w:bottom w:w="80" w:type="dxa"/>
              <w:right w:w="100" w:type="dxa"/>
            </w:tcMar>
            <w:vAlign w:val="center"/>
          </w:tcPr>
          <w:p w14:paraId="3B095B93" w14:textId="3B70DB70" w:rsidR="00ED34F4" w:rsidRDefault="00D6133F">
            <w:pPr>
              <w:spacing w:after="40"/>
              <w:rPr>
                <w:rFonts w:cs="Arial"/>
                <w:b/>
                <w:color w:val="B42318"/>
                <w:sz w:val="18"/>
                <w:szCs w:val="18"/>
                <w:lang w:val="lt-LT"/>
              </w:rPr>
            </w:pPr>
            <w:r w:rsidRPr="00657223">
              <w:rPr>
                <w:rFonts w:cs="Arial"/>
                <w:b/>
                <w:sz w:val="18"/>
                <w:szCs w:val="18"/>
                <w:lang w:val="lt-LT"/>
              </w:rPr>
              <w:t>Namo Nr.</w:t>
            </w:r>
            <w:r w:rsidRPr="00657223">
              <w:rPr>
                <w:rFonts w:cs="Arial"/>
                <w:b/>
                <w:color w:val="B42318"/>
                <w:sz w:val="18"/>
                <w:szCs w:val="18"/>
                <w:lang w:val="lt-LT"/>
              </w:rPr>
              <w:t xml:space="preserve"> *</w:t>
            </w:r>
          </w:p>
          <w:p w14:paraId="046FD258" w14:textId="77777777" w:rsidR="00E6149A" w:rsidRPr="00657223" w:rsidRDefault="00E6149A">
            <w:pPr>
              <w:spacing w:after="40"/>
              <w:rPr>
                <w:rFonts w:cs="Arial"/>
                <w:sz w:val="18"/>
                <w:szCs w:val="18"/>
                <w:lang w:val="lt-LT"/>
              </w:rPr>
            </w:pPr>
          </w:p>
          <w:p w14:paraId="710AD6EA" w14:textId="3F885C47" w:rsidR="00ED34F4" w:rsidRPr="00657223" w:rsidRDefault="00E80A24">
            <w:pPr>
              <w:rPr>
                <w:rFonts w:cs="Arial"/>
                <w:sz w:val="18"/>
                <w:szCs w:val="18"/>
                <w:lang w:val="lt-LT"/>
              </w:rPr>
            </w:pPr>
            <w:sdt>
              <w:sdtPr>
                <w:rPr>
                  <w:rFonts w:cs="Arial"/>
                  <w:sz w:val="18"/>
                  <w:szCs w:val="18"/>
                  <w:lang w:val="lt-LT"/>
                </w:rPr>
                <w:alias w:val="Namo arba sklypo numeris"/>
                <w:tag w:val="NAMO_SKLYPO_NR"/>
                <w:id w:val="475262622"/>
                <w:showingPlcHdr/>
                <w:text/>
              </w:sdtPr>
              <w:sdtEndPr/>
              <w:sdtContent>
                <w:r w:rsidR="00657223">
                  <w:rPr>
                    <w:rFonts w:cs="Arial"/>
                    <w:sz w:val="18"/>
                    <w:szCs w:val="18"/>
                    <w:lang w:val="lt-LT"/>
                  </w:rPr>
                  <w:t xml:space="preserve">     </w:t>
                </w:r>
              </w:sdtContent>
            </w:sdt>
          </w:p>
        </w:tc>
      </w:tr>
      <w:tr w:rsidR="00ED34F4" w:rsidRPr="00657223" w14:paraId="4FE72A18" w14:textId="77777777">
        <w:trPr>
          <w:jc w:val="center"/>
        </w:trPr>
        <w:tc>
          <w:tcPr>
            <w:tcW w:w="3434" w:type="dxa"/>
            <w:tcMar>
              <w:top w:w="80" w:type="dxa"/>
              <w:left w:w="100" w:type="dxa"/>
              <w:bottom w:w="80" w:type="dxa"/>
              <w:right w:w="100" w:type="dxa"/>
            </w:tcMar>
            <w:vAlign w:val="center"/>
          </w:tcPr>
          <w:p w14:paraId="06132483" w14:textId="39CCDC98" w:rsidR="00ED34F4" w:rsidRDefault="00D6133F" w:rsidP="00D3008A">
            <w:pPr>
              <w:spacing w:after="40"/>
              <w:rPr>
                <w:rFonts w:cs="Arial"/>
                <w:b/>
                <w:sz w:val="18"/>
                <w:szCs w:val="18"/>
                <w:lang w:val="lt-LT"/>
              </w:rPr>
            </w:pPr>
            <w:r w:rsidRPr="00657223">
              <w:rPr>
                <w:rFonts w:cs="Arial"/>
                <w:b/>
                <w:sz w:val="18"/>
                <w:szCs w:val="18"/>
                <w:lang w:val="lt-LT"/>
              </w:rPr>
              <w:t>Korpusas / buta</w:t>
            </w:r>
            <w:r w:rsidR="00BC7400">
              <w:rPr>
                <w:rFonts w:cs="Arial"/>
                <w:b/>
                <w:sz w:val="18"/>
                <w:szCs w:val="18"/>
                <w:lang w:val="lt-LT"/>
              </w:rPr>
              <w:t>s</w:t>
            </w:r>
          </w:p>
          <w:p w14:paraId="276C7847" w14:textId="77777777" w:rsidR="00ED34F4" w:rsidRPr="00657223" w:rsidRDefault="00E80A24" w:rsidP="00D3008A">
            <w:pPr>
              <w:rPr>
                <w:rFonts w:cs="Arial"/>
                <w:sz w:val="18"/>
                <w:szCs w:val="18"/>
                <w:lang w:val="lt-LT"/>
              </w:rPr>
            </w:pPr>
            <w:sdt>
              <w:sdtPr>
                <w:rPr>
                  <w:rFonts w:cs="Arial"/>
                  <w:sz w:val="18"/>
                  <w:szCs w:val="18"/>
                  <w:lang w:val="lt-LT"/>
                </w:rPr>
                <w:alias w:val="Korpusas arba butas"/>
                <w:tag w:val="KORPUSAS_BUTAS"/>
                <w:id w:val="-1873369844"/>
                <w:text/>
              </w:sdtPr>
              <w:sdtEndPr/>
              <w:sdtContent>
                <w:r w:rsidR="00D6133F" w:rsidRPr="00657223">
                  <w:rPr>
                    <w:rFonts w:cs="Arial"/>
                    <w:i/>
                    <w:color w:val="667788"/>
                    <w:sz w:val="18"/>
                    <w:szCs w:val="18"/>
                    <w:lang w:val="lt-LT"/>
                  </w:rPr>
                  <w:t>JEI TAIKOMA</w:t>
                </w:r>
              </w:sdtContent>
            </w:sdt>
          </w:p>
        </w:tc>
        <w:tc>
          <w:tcPr>
            <w:tcW w:w="6880" w:type="dxa"/>
            <w:gridSpan w:val="3"/>
            <w:tcMar>
              <w:top w:w="80" w:type="dxa"/>
              <w:left w:w="100" w:type="dxa"/>
              <w:bottom w:w="80" w:type="dxa"/>
              <w:right w:w="100" w:type="dxa"/>
            </w:tcMar>
            <w:vAlign w:val="center"/>
          </w:tcPr>
          <w:p w14:paraId="10D150BD" w14:textId="77777777" w:rsidR="00ED34F4" w:rsidRDefault="00D6133F" w:rsidP="008D564E">
            <w:pPr>
              <w:spacing w:after="40"/>
              <w:jc w:val="both"/>
              <w:rPr>
                <w:rFonts w:cs="Arial"/>
                <w:i/>
                <w:color w:val="667788"/>
                <w:sz w:val="18"/>
                <w:szCs w:val="18"/>
                <w:lang w:val="lt-LT"/>
              </w:rPr>
            </w:pPr>
            <w:r w:rsidRPr="00657223">
              <w:rPr>
                <w:rFonts w:cs="Arial"/>
                <w:b/>
                <w:sz w:val="18"/>
                <w:szCs w:val="18"/>
                <w:lang w:val="lt-LT"/>
              </w:rPr>
              <w:t>Žemės sklypo unikalus Nr.</w:t>
            </w:r>
            <w:r w:rsidRPr="00657223">
              <w:rPr>
                <w:rFonts w:cs="Arial"/>
                <w:i/>
                <w:color w:val="667788"/>
                <w:sz w:val="18"/>
                <w:szCs w:val="18"/>
                <w:lang w:val="lt-LT"/>
              </w:rPr>
              <w:t xml:space="preserve"> </w:t>
            </w:r>
            <w:r w:rsidR="008D564E">
              <w:rPr>
                <w:rFonts w:cs="Arial"/>
                <w:i/>
                <w:color w:val="667788"/>
                <w:sz w:val="18"/>
                <w:szCs w:val="18"/>
                <w:lang w:val="lt-LT"/>
              </w:rPr>
              <w:t>formatas</w:t>
            </w:r>
            <w:r w:rsidRPr="00657223">
              <w:rPr>
                <w:rFonts w:cs="Arial"/>
                <w:i/>
                <w:color w:val="667788"/>
                <w:sz w:val="18"/>
                <w:szCs w:val="18"/>
                <w:lang w:val="lt-LT"/>
              </w:rPr>
              <w:t xml:space="preserve"> </w:t>
            </w:r>
            <w:r w:rsidR="00E265E5">
              <w:rPr>
                <w:rFonts w:cs="Arial"/>
                <w:i/>
                <w:color w:val="667788"/>
                <w:sz w:val="18"/>
                <w:szCs w:val="18"/>
                <w:lang w:val="lt-LT"/>
              </w:rPr>
              <w:t>XXXX-XXXX-XXXX</w:t>
            </w:r>
            <w:r w:rsidR="008D564E">
              <w:rPr>
                <w:rFonts w:cs="Arial"/>
                <w:i/>
                <w:color w:val="667788"/>
                <w:sz w:val="18"/>
                <w:szCs w:val="18"/>
                <w:lang w:val="lt-LT"/>
              </w:rPr>
              <w:t xml:space="preserve"> (</w:t>
            </w:r>
            <w:r w:rsidR="008D564E" w:rsidRPr="008D564E">
              <w:rPr>
                <w:rFonts w:cs="Arial"/>
                <w:b/>
                <w:bCs/>
                <w:i/>
                <w:color w:val="667788"/>
                <w:sz w:val="18"/>
                <w:szCs w:val="18"/>
                <w:lang w:val="lt-LT"/>
              </w:rPr>
              <w:t>taikoma jei vieta neturi adreso</w:t>
            </w:r>
            <w:r w:rsidR="008D564E">
              <w:rPr>
                <w:rFonts w:cs="Arial"/>
                <w:i/>
                <w:color w:val="667788"/>
                <w:sz w:val="18"/>
                <w:szCs w:val="18"/>
                <w:lang w:val="lt-LT"/>
              </w:rPr>
              <w:t>)</w:t>
            </w:r>
          </w:p>
          <w:p w14:paraId="7E099006" w14:textId="58E9194E" w:rsidR="008D564E" w:rsidRPr="008D564E" w:rsidRDefault="008D564E" w:rsidP="008D564E">
            <w:pPr>
              <w:spacing w:after="40"/>
              <w:rPr>
                <w:rFonts w:cs="Arial"/>
                <w:i/>
                <w:color w:val="667788"/>
                <w:sz w:val="18"/>
                <w:szCs w:val="18"/>
                <w:lang w:val="lt-LT"/>
              </w:rPr>
            </w:pPr>
            <w:r>
              <w:rPr>
                <w:rFonts w:cs="Arial"/>
                <w:i/>
                <w:color w:val="667788"/>
                <w:sz w:val="18"/>
                <w:szCs w:val="18"/>
                <w:lang w:val="lt-LT"/>
              </w:rPr>
              <w:t>JEI TAIKOMA</w:t>
            </w:r>
          </w:p>
        </w:tc>
      </w:tr>
      <w:tr w:rsidR="00ED34F4" w:rsidRPr="00657223" w14:paraId="4456E44D" w14:textId="77777777">
        <w:trPr>
          <w:jc w:val="center"/>
        </w:trPr>
        <w:tc>
          <w:tcPr>
            <w:tcW w:w="10314" w:type="dxa"/>
            <w:gridSpan w:val="4"/>
            <w:tcMar>
              <w:top w:w="80" w:type="dxa"/>
              <w:left w:w="100" w:type="dxa"/>
              <w:bottom w:w="80" w:type="dxa"/>
              <w:right w:w="100" w:type="dxa"/>
            </w:tcMar>
            <w:vAlign w:val="center"/>
          </w:tcPr>
          <w:p w14:paraId="7246B48E" w14:textId="26DA9243" w:rsidR="00ED34F4" w:rsidRPr="00657223" w:rsidRDefault="00D6133F">
            <w:pPr>
              <w:spacing w:after="40"/>
              <w:rPr>
                <w:rFonts w:cs="Arial"/>
                <w:sz w:val="18"/>
                <w:szCs w:val="18"/>
                <w:lang w:val="lt-LT"/>
              </w:rPr>
            </w:pPr>
            <w:r w:rsidRPr="00657223">
              <w:rPr>
                <w:rFonts w:cs="Arial"/>
                <w:b/>
                <w:sz w:val="18"/>
                <w:szCs w:val="18"/>
                <w:lang w:val="lt-LT"/>
              </w:rPr>
              <w:t>Papildomas vietos patikslinimas</w:t>
            </w:r>
            <w:r w:rsidRPr="00657223">
              <w:rPr>
                <w:rFonts w:cs="Arial"/>
                <w:i/>
                <w:color w:val="667788"/>
                <w:sz w:val="18"/>
                <w:szCs w:val="18"/>
                <w:lang w:val="lt-LT"/>
              </w:rPr>
              <w:t xml:space="preserve">  privažiavimas</w:t>
            </w:r>
            <w:r w:rsidR="00BC7400">
              <w:rPr>
                <w:rFonts w:cs="Arial"/>
                <w:i/>
                <w:color w:val="667788"/>
                <w:sz w:val="18"/>
                <w:szCs w:val="18"/>
                <w:lang w:val="lt-LT"/>
              </w:rPr>
              <w:t xml:space="preserve"> </w:t>
            </w:r>
            <w:r w:rsidRPr="00657223">
              <w:rPr>
                <w:rFonts w:cs="Arial"/>
                <w:i/>
                <w:color w:val="667788"/>
                <w:sz w:val="18"/>
                <w:szCs w:val="18"/>
                <w:lang w:val="lt-LT"/>
              </w:rPr>
              <w:t>ar kita svarbi informacija</w:t>
            </w:r>
          </w:p>
          <w:p w14:paraId="1D89A3A0" w14:textId="7B688436" w:rsidR="00ED34F4" w:rsidRPr="00657223" w:rsidRDefault="00E80A24">
            <w:pPr>
              <w:rPr>
                <w:rFonts w:cs="Arial"/>
                <w:sz w:val="18"/>
                <w:szCs w:val="18"/>
                <w:lang w:val="lt-LT"/>
              </w:rPr>
            </w:pPr>
            <w:sdt>
              <w:sdtPr>
                <w:rPr>
                  <w:rFonts w:cs="Arial"/>
                  <w:sz w:val="18"/>
                  <w:szCs w:val="18"/>
                  <w:lang w:val="lt-LT"/>
                </w:rPr>
                <w:alias w:val="Papildomas vietos patikslinimas"/>
                <w:tag w:val="VIETOS_PATIKSLINIMAS"/>
                <w:id w:val="1237058298"/>
                <w:text w:multiLine="1"/>
              </w:sdtPr>
              <w:sdtEndPr/>
              <w:sdtContent>
                <w:r w:rsidR="00D6133F" w:rsidRPr="00657223">
                  <w:rPr>
                    <w:rFonts w:cs="Arial"/>
                    <w:i/>
                    <w:color w:val="667788"/>
                    <w:sz w:val="18"/>
                    <w:szCs w:val="18"/>
                    <w:lang w:val="lt-LT"/>
                  </w:rPr>
                  <w:t xml:space="preserve">JEI </w:t>
                </w:r>
                <w:r w:rsidR="003566BA">
                  <w:rPr>
                    <w:rFonts w:cs="Arial"/>
                    <w:i/>
                    <w:color w:val="667788"/>
                    <w:sz w:val="18"/>
                    <w:szCs w:val="18"/>
                    <w:lang w:val="lt-LT"/>
                  </w:rPr>
                  <w:t>TAIKOMA</w:t>
                </w:r>
                <w:r w:rsidR="00835436">
                  <w:rPr>
                    <w:rFonts w:cs="Arial"/>
                    <w:i/>
                    <w:color w:val="667788"/>
                    <w:sz w:val="18"/>
                    <w:szCs w:val="18"/>
                    <w:lang w:val="lt-LT"/>
                  </w:rPr>
                  <w:br/>
                </w:r>
                <w:r w:rsidR="00835436">
                  <w:rPr>
                    <w:rFonts w:cs="Arial"/>
                    <w:sz w:val="18"/>
                    <w:szCs w:val="18"/>
                    <w:lang w:val="lt-LT"/>
                  </w:rPr>
                  <w:br/>
                </w:r>
              </w:sdtContent>
            </w:sdt>
          </w:p>
        </w:tc>
      </w:tr>
    </w:tbl>
    <w:p w14:paraId="54813A22" w14:textId="77777777" w:rsidR="00ED34F4" w:rsidRPr="00657223" w:rsidRDefault="00ED34F4">
      <w:pPr>
        <w:spacing w:line="80" w:lineRule="exact"/>
        <w:rPr>
          <w:rFonts w:cs="Arial"/>
          <w:sz w:val="18"/>
          <w:szCs w:val="18"/>
          <w:lang w:val="lt-LT"/>
        </w:rPr>
      </w:pPr>
    </w:p>
    <w:tbl>
      <w:tblPr>
        <w:tblW w:w="0" w:type="auto"/>
        <w:jc w:val="center"/>
        <w:tblBorders>
          <w:top w:val="single" w:sz="6" w:space="0" w:color="AAB7C4"/>
          <w:left w:val="single" w:sz="6" w:space="0" w:color="AAB7C4"/>
          <w:bottom w:val="single" w:sz="6" w:space="0" w:color="AAB7C4"/>
          <w:right w:val="single" w:sz="6" w:space="0" w:color="AAB7C4"/>
          <w:insideH w:val="single" w:sz="6" w:space="0" w:color="AAB7C4"/>
          <w:insideV w:val="single" w:sz="6" w:space="0" w:color="AAB7C4"/>
        </w:tblBorders>
        <w:tblLayout w:type="fixed"/>
        <w:tblLook w:val="04A0" w:firstRow="1" w:lastRow="0" w:firstColumn="1" w:lastColumn="0" w:noHBand="0" w:noVBand="1"/>
      </w:tblPr>
      <w:tblGrid>
        <w:gridCol w:w="6973"/>
        <w:gridCol w:w="3344"/>
      </w:tblGrid>
      <w:tr w:rsidR="00ED34F4" w:rsidRPr="00657223" w14:paraId="2434C1CD" w14:textId="77777777">
        <w:trPr>
          <w:tblHeader/>
          <w:jc w:val="center"/>
        </w:trPr>
        <w:tc>
          <w:tcPr>
            <w:tcW w:w="10317" w:type="dxa"/>
            <w:gridSpan w:val="2"/>
            <w:shd w:val="clear" w:color="auto" w:fill="1F4E78"/>
            <w:tcMar>
              <w:top w:w="70" w:type="dxa"/>
              <w:left w:w="110" w:type="dxa"/>
              <w:bottom w:w="70" w:type="dxa"/>
              <w:right w:w="110" w:type="dxa"/>
            </w:tcMar>
            <w:vAlign w:val="center"/>
          </w:tcPr>
          <w:p w14:paraId="7CA01439" w14:textId="77777777" w:rsidR="00ED34F4" w:rsidRPr="00657223" w:rsidRDefault="00D6133F">
            <w:pPr>
              <w:keepNext/>
              <w:rPr>
                <w:rFonts w:cs="Arial"/>
                <w:sz w:val="18"/>
                <w:szCs w:val="18"/>
                <w:lang w:val="lt-LT"/>
              </w:rPr>
            </w:pPr>
            <w:r w:rsidRPr="00657223">
              <w:rPr>
                <w:rFonts w:cs="Arial"/>
                <w:b/>
                <w:color w:val="FFFFFF"/>
                <w:sz w:val="18"/>
                <w:szCs w:val="18"/>
                <w:lang w:val="lt-LT"/>
              </w:rPr>
              <w:t>3. PRAŠYMAS IR ATLIEKŲ KIEKIS</w:t>
            </w:r>
          </w:p>
        </w:tc>
      </w:tr>
      <w:tr w:rsidR="00ED34F4" w:rsidRPr="00657223" w14:paraId="105DC059" w14:textId="77777777">
        <w:trPr>
          <w:jc w:val="center"/>
        </w:trPr>
        <w:tc>
          <w:tcPr>
            <w:tcW w:w="6973" w:type="dxa"/>
            <w:tcMar>
              <w:top w:w="80" w:type="dxa"/>
              <w:left w:w="100" w:type="dxa"/>
              <w:bottom w:w="80" w:type="dxa"/>
              <w:right w:w="100" w:type="dxa"/>
            </w:tcMar>
            <w:vAlign w:val="center"/>
          </w:tcPr>
          <w:p w14:paraId="16FB88F4" w14:textId="77777777" w:rsidR="00ED34F4" w:rsidRPr="0056732B" w:rsidRDefault="00D6133F">
            <w:pPr>
              <w:spacing w:line="252" w:lineRule="auto"/>
              <w:rPr>
                <w:rFonts w:cs="Arial"/>
                <w:b/>
                <w:bCs/>
                <w:sz w:val="20"/>
                <w:szCs w:val="20"/>
                <w:lang w:val="lt-LT"/>
              </w:rPr>
            </w:pPr>
            <w:r w:rsidRPr="0056732B">
              <w:rPr>
                <w:rFonts w:cs="Arial"/>
                <w:b/>
                <w:bCs/>
                <w:sz w:val="20"/>
                <w:szCs w:val="20"/>
                <w:lang w:val="lt-LT"/>
              </w:rPr>
              <w:t>Prašau organizuoti aukščiau nurodytoje vietoje susidariusių asbesto turinčių atliekų išvežimą ir tinkamą sutvarkymą.</w:t>
            </w:r>
          </w:p>
        </w:tc>
        <w:tc>
          <w:tcPr>
            <w:tcW w:w="3344" w:type="dxa"/>
            <w:tcMar>
              <w:top w:w="80" w:type="dxa"/>
              <w:left w:w="100" w:type="dxa"/>
              <w:bottom w:w="80" w:type="dxa"/>
              <w:right w:w="100" w:type="dxa"/>
            </w:tcMar>
            <w:vAlign w:val="center"/>
          </w:tcPr>
          <w:p w14:paraId="4AC1A3F3" w14:textId="77777777" w:rsidR="00ED34F4" w:rsidRPr="00657223" w:rsidRDefault="00D6133F">
            <w:pPr>
              <w:spacing w:after="40"/>
              <w:rPr>
                <w:rFonts w:cs="Arial"/>
                <w:sz w:val="18"/>
                <w:szCs w:val="18"/>
                <w:lang w:val="lt-LT"/>
              </w:rPr>
            </w:pPr>
            <w:r w:rsidRPr="00657223">
              <w:rPr>
                <w:rFonts w:cs="Arial"/>
                <w:b/>
                <w:sz w:val="18"/>
                <w:szCs w:val="18"/>
                <w:lang w:val="lt-LT"/>
              </w:rPr>
              <w:t>Preliminarus kiekis, t</w:t>
            </w:r>
            <w:r w:rsidRPr="00657223">
              <w:rPr>
                <w:rFonts w:cs="Arial"/>
                <w:b/>
                <w:color w:val="B42318"/>
                <w:sz w:val="18"/>
                <w:szCs w:val="18"/>
                <w:lang w:val="lt-LT"/>
              </w:rPr>
              <w:t xml:space="preserve"> *</w:t>
            </w:r>
            <w:r w:rsidRPr="00657223">
              <w:rPr>
                <w:rFonts w:cs="Arial"/>
                <w:i/>
                <w:color w:val="667788"/>
                <w:sz w:val="18"/>
                <w:szCs w:val="18"/>
                <w:lang w:val="lt-LT"/>
              </w:rPr>
              <w:t xml:space="preserve">  tik skaičius, pvz. 1,25</w:t>
            </w:r>
          </w:p>
          <w:p w14:paraId="01BB7AAC" w14:textId="1F3534AD" w:rsidR="00ED34F4" w:rsidRPr="00657223" w:rsidRDefault="00E80A24">
            <w:pPr>
              <w:rPr>
                <w:rFonts w:cs="Arial"/>
                <w:sz w:val="18"/>
                <w:szCs w:val="18"/>
                <w:lang w:val="lt-LT"/>
              </w:rPr>
            </w:pPr>
            <w:sdt>
              <w:sdtPr>
                <w:rPr>
                  <w:rFonts w:cs="Arial"/>
                  <w:b/>
                  <w:bCs/>
                  <w:color w:val="auto"/>
                  <w:sz w:val="18"/>
                  <w:szCs w:val="18"/>
                  <w:lang w:val="lt-LT"/>
                </w:rPr>
                <w:alias w:val="Preliminarus atliekų kiekis tonomis"/>
                <w:tag w:val="ATLIEKU_KIEKIS_T"/>
                <w:id w:val="2080700495"/>
                <w:showingPlcHdr/>
                <w:text/>
              </w:sdtPr>
              <w:sdtEndPr/>
              <w:sdtContent>
                <w:r w:rsidR="00657223">
                  <w:rPr>
                    <w:rFonts w:cs="Arial"/>
                    <w:b/>
                    <w:bCs/>
                    <w:color w:val="auto"/>
                    <w:sz w:val="18"/>
                    <w:szCs w:val="18"/>
                    <w:lang w:val="lt-LT"/>
                  </w:rPr>
                  <w:t xml:space="preserve">     </w:t>
                </w:r>
              </w:sdtContent>
            </w:sdt>
          </w:p>
        </w:tc>
      </w:tr>
      <w:tr w:rsidR="00ED34F4" w:rsidRPr="00657223" w14:paraId="24F648F9" w14:textId="77777777">
        <w:trPr>
          <w:jc w:val="center"/>
        </w:trPr>
        <w:tc>
          <w:tcPr>
            <w:tcW w:w="10317" w:type="dxa"/>
            <w:gridSpan w:val="2"/>
            <w:tcMar>
              <w:top w:w="80" w:type="dxa"/>
              <w:left w:w="100" w:type="dxa"/>
              <w:bottom w:w="80" w:type="dxa"/>
              <w:right w:w="100" w:type="dxa"/>
            </w:tcMar>
            <w:vAlign w:val="center"/>
          </w:tcPr>
          <w:p w14:paraId="77A8E215" w14:textId="77777777" w:rsidR="00ED34F4" w:rsidRPr="0056732B" w:rsidRDefault="00D6133F">
            <w:pPr>
              <w:spacing w:line="252" w:lineRule="auto"/>
              <w:rPr>
                <w:rFonts w:cs="Arial"/>
                <w:sz w:val="20"/>
                <w:szCs w:val="20"/>
                <w:lang w:val="lt-LT"/>
              </w:rPr>
            </w:pPr>
            <w:r w:rsidRPr="0056732B">
              <w:rPr>
                <w:rFonts w:cs="Arial"/>
                <w:b/>
                <w:sz w:val="20"/>
                <w:szCs w:val="20"/>
                <w:lang w:val="lt-LT"/>
              </w:rPr>
              <w:t>Patvirtinu, kad pateikta informacija yra teisinga ir atliekos susidarė nurodytoje vietoje.</w:t>
            </w:r>
          </w:p>
        </w:tc>
      </w:tr>
    </w:tbl>
    <w:p w14:paraId="175A505A" w14:textId="77777777" w:rsidR="00ED34F4" w:rsidRPr="00657223" w:rsidRDefault="00ED34F4">
      <w:pPr>
        <w:spacing w:line="80" w:lineRule="exact"/>
        <w:rPr>
          <w:rFonts w:cs="Arial"/>
          <w:sz w:val="18"/>
          <w:szCs w:val="18"/>
          <w:lang w:val="lt-LT"/>
        </w:rPr>
      </w:pPr>
    </w:p>
    <w:tbl>
      <w:tblPr>
        <w:tblW w:w="0" w:type="auto"/>
        <w:jc w:val="center"/>
        <w:tblBorders>
          <w:top w:val="single" w:sz="6" w:space="0" w:color="AAB7C4"/>
          <w:left w:val="single" w:sz="6" w:space="0" w:color="AAB7C4"/>
          <w:bottom w:val="single" w:sz="6" w:space="0" w:color="AAB7C4"/>
          <w:right w:val="single" w:sz="6" w:space="0" w:color="AAB7C4"/>
          <w:insideH w:val="single" w:sz="6" w:space="0" w:color="AAB7C4"/>
          <w:insideV w:val="single" w:sz="6" w:space="0" w:color="AAB7C4"/>
        </w:tblBorders>
        <w:tblLayout w:type="fixed"/>
        <w:tblLook w:val="04A0" w:firstRow="1" w:lastRow="0" w:firstColumn="1" w:lastColumn="0" w:noHBand="0" w:noVBand="1"/>
      </w:tblPr>
      <w:tblGrid>
        <w:gridCol w:w="3111"/>
        <w:gridCol w:w="3011"/>
        <w:gridCol w:w="4195"/>
      </w:tblGrid>
      <w:tr w:rsidR="00ED34F4" w:rsidRPr="00657223" w14:paraId="5CCA88E1" w14:textId="77777777" w:rsidTr="00657223">
        <w:trPr>
          <w:jc w:val="center"/>
        </w:trPr>
        <w:tc>
          <w:tcPr>
            <w:tcW w:w="3111" w:type="dxa"/>
            <w:tcMar>
              <w:top w:w="80" w:type="dxa"/>
              <w:left w:w="100" w:type="dxa"/>
              <w:bottom w:w="80" w:type="dxa"/>
              <w:right w:w="100" w:type="dxa"/>
            </w:tcMar>
            <w:vAlign w:val="center"/>
          </w:tcPr>
          <w:p w14:paraId="7EC942A4" w14:textId="77777777" w:rsidR="00ED34F4" w:rsidRDefault="00D6133F">
            <w:pPr>
              <w:spacing w:after="40"/>
              <w:rPr>
                <w:rFonts w:cs="Arial"/>
                <w:i/>
                <w:color w:val="667788"/>
                <w:sz w:val="18"/>
                <w:szCs w:val="18"/>
                <w:lang w:val="lt-LT"/>
              </w:rPr>
            </w:pPr>
            <w:r w:rsidRPr="00657223">
              <w:rPr>
                <w:rFonts w:cs="Arial"/>
                <w:b/>
                <w:sz w:val="18"/>
                <w:szCs w:val="18"/>
                <w:lang w:val="lt-LT"/>
              </w:rPr>
              <w:t>Prašymo data</w:t>
            </w:r>
            <w:r w:rsidRPr="00657223">
              <w:rPr>
                <w:rFonts w:cs="Arial"/>
                <w:b/>
                <w:color w:val="B42318"/>
                <w:sz w:val="18"/>
                <w:szCs w:val="18"/>
                <w:lang w:val="lt-LT"/>
              </w:rPr>
              <w:t xml:space="preserve"> *</w:t>
            </w:r>
            <w:r w:rsidRPr="00657223">
              <w:rPr>
                <w:rFonts w:cs="Arial"/>
                <w:i/>
                <w:color w:val="667788"/>
                <w:sz w:val="18"/>
                <w:szCs w:val="18"/>
                <w:lang w:val="lt-LT"/>
              </w:rPr>
              <w:t xml:space="preserve">  YYYY-MM-DD</w:t>
            </w:r>
          </w:p>
          <w:p w14:paraId="3CB4C526" w14:textId="77777777" w:rsidR="00E6149A" w:rsidRPr="00657223" w:rsidRDefault="00E6149A">
            <w:pPr>
              <w:spacing w:after="40"/>
              <w:rPr>
                <w:rFonts w:cs="Arial"/>
                <w:sz w:val="18"/>
                <w:szCs w:val="18"/>
                <w:lang w:val="lt-LT"/>
              </w:rPr>
            </w:pPr>
          </w:p>
          <w:p w14:paraId="0A0E8564" w14:textId="494D2757" w:rsidR="00ED34F4" w:rsidRPr="00657223" w:rsidRDefault="00E80A24">
            <w:pPr>
              <w:rPr>
                <w:rFonts w:cs="Arial"/>
                <w:sz w:val="18"/>
                <w:szCs w:val="18"/>
                <w:lang w:val="lt-LT"/>
              </w:rPr>
            </w:pPr>
            <w:sdt>
              <w:sdtPr>
                <w:rPr>
                  <w:rFonts w:cs="Arial"/>
                  <w:sz w:val="18"/>
                  <w:szCs w:val="18"/>
                  <w:lang w:val="lt-LT"/>
                </w:rPr>
                <w:alias w:val="Prašymo data"/>
                <w:tag w:val="PRASYMO_DATA"/>
                <w:id w:val="1780522101"/>
                <w:showingPlcHdr/>
                <w:text/>
              </w:sdtPr>
              <w:sdtEndPr/>
              <w:sdtContent>
                <w:r w:rsidR="00657223">
                  <w:rPr>
                    <w:rFonts w:cs="Arial"/>
                    <w:sz w:val="18"/>
                    <w:szCs w:val="18"/>
                    <w:lang w:val="lt-LT"/>
                  </w:rPr>
                  <w:t xml:space="preserve">     </w:t>
                </w:r>
              </w:sdtContent>
            </w:sdt>
          </w:p>
        </w:tc>
        <w:tc>
          <w:tcPr>
            <w:tcW w:w="3011" w:type="dxa"/>
            <w:tcMar>
              <w:top w:w="80" w:type="dxa"/>
              <w:left w:w="100" w:type="dxa"/>
              <w:bottom w:w="80" w:type="dxa"/>
              <w:right w:w="100" w:type="dxa"/>
            </w:tcMar>
            <w:vAlign w:val="center"/>
          </w:tcPr>
          <w:p w14:paraId="6A2011E3" w14:textId="77777777" w:rsidR="00ED34F4" w:rsidRDefault="00D6133F">
            <w:pPr>
              <w:spacing w:after="40"/>
              <w:rPr>
                <w:rFonts w:cs="Arial"/>
                <w:b/>
                <w:sz w:val="18"/>
                <w:szCs w:val="18"/>
                <w:lang w:val="lt-LT"/>
              </w:rPr>
            </w:pPr>
            <w:r w:rsidRPr="00657223">
              <w:rPr>
                <w:rFonts w:cs="Arial"/>
                <w:b/>
                <w:sz w:val="18"/>
                <w:szCs w:val="18"/>
                <w:lang w:val="lt-LT"/>
              </w:rPr>
              <w:t>Parašas *</w:t>
            </w:r>
          </w:p>
          <w:p w14:paraId="38935CE1" w14:textId="77777777" w:rsidR="00E6149A" w:rsidRPr="00657223" w:rsidRDefault="00E6149A">
            <w:pPr>
              <w:spacing w:after="40"/>
              <w:rPr>
                <w:rFonts w:cs="Arial"/>
                <w:sz w:val="18"/>
                <w:szCs w:val="18"/>
                <w:lang w:val="lt-LT"/>
              </w:rPr>
            </w:pPr>
          </w:p>
          <w:p w14:paraId="6B5B1305" w14:textId="77777777" w:rsidR="00ED34F4" w:rsidRPr="00657223" w:rsidRDefault="00D6133F">
            <w:pPr>
              <w:rPr>
                <w:rFonts w:cs="Arial"/>
                <w:sz w:val="18"/>
                <w:szCs w:val="18"/>
                <w:lang w:val="lt-LT"/>
              </w:rPr>
            </w:pPr>
            <w:r w:rsidRPr="00657223">
              <w:rPr>
                <w:rFonts w:cs="Arial"/>
                <w:color w:val="667788"/>
                <w:sz w:val="18"/>
                <w:szCs w:val="18"/>
                <w:lang w:val="lt-LT"/>
              </w:rPr>
              <w:t>________________________</w:t>
            </w:r>
          </w:p>
        </w:tc>
        <w:tc>
          <w:tcPr>
            <w:tcW w:w="4195" w:type="dxa"/>
            <w:tcMar>
              <w:top w:w="80" w:type="dxa"/>
              <w:left w:w="100" w:type="dxa"/>
              <w:bottom w:w="80" w:type="dxa"/>
              <w:right w:w="100" w:type="dxa"/>
            </w:tcMar>
            <w:vAlign w:val="center"/>
          </w:tcPr>
          <w:p w14:paraId="1FF593B1" w14:textId="77777777" w:rsidR="00ED34F4" w:rsidRDefault="00D6133F">
            <w:pPr>
              <w:spacing w:after="40"/>
              <w:rPr>
                <w:rFonts w:cs="Arial"/>
                <w:b/>
                <w:color w:val="B42318"/>
                <w:sz w:val="18"/>
                <w:szCs w:val="18"/>
                <w:lang w:val="lt-LT"/>
              </w:rPr>
            </w:pPr>
            <w:r w:rsidRPr="00657223">
              <w:rPr>
                <w:rFonts w:cs="Arial"/>
                <w:b/>
                <w:sz w:val="18"/>
                <w:szCs w:val="18"/>
                <w:lang w:val="lt-LT"/>
              </w:rPr>
              <w:t>Pasirašančiojo vardas ir pavardė</w:t>
            </w:r>
            <w:r w:rsidRPr="00657223">
              <w:rPr>
                <w:rFonts w:cs="Arial"/>
                <w:b/>
                <w:color w:val="B42318"/>
                <w:sz w:val="18"/>
                <w:szCs w:val="18"/>
                <w:lang w:val="lt-LT"/>
              </w:rPr>
              <w:t xml:space="preserve"> *</w:t>
            </w:r>
          </w:p>
          <w:p w14:paraId="4AF2427A" w14:textId="77777777" w:rsidR="00E6149A" w:rsidRPr="00657223" w:rsidRDefault="00E6149A">
            <w:pPr>
              <w:spacing w:after="40"/>
              <w:rPr>
                <w:rFonts w:cs="Arial"/>
                <w:sz w:val="18"/>
                <w:szCs w:val="18"/>
                <w:lang w:val="lt-LT"/>
              </w:rPr>
            </w:pPr>
          </w:p>
          <w:p w14:paraId="2B2F9DEE" w14:textId="6756BFEE" w:rsidR="00ED34F4" w:rsidRPr="00657223" w:rsidRDefault="00E80A24">
            <w:pPr>
              <w:rPr>
                <w:rFonts w:cs="Arial"/>
                <w:sz w:val="18"/>
                <w:szCs w:val="18"/>
                <w:lang w:val="lt-LT"/>
              </w:rPr>
            </w:pPr>
            <w:sdt>
              <w:sdtPr>
                <w:rPr>
                  <w:rFonts w:cs="Arial"/>
                  <w:sz w:val="18"/>
                  <w:szCs w:val="18"/>
                  <w:lang w:val="lt-LT"/>
                </w:rPr>
                <w:alias w:val="Pasirašančiojo vardas ir pavardė"/>
                <w:tag w:val="PASIRASANTYSIS"/>
                <w:id w:val="-1621752409"/>
                <w:showingPlcHdr/>
                <w:text/>
              </w:sdtPr>
              <w:sdtEndPr/>
              <w:sdtContent>
                <w:r w:rsidR="00657223">
                  <w:rPr>
                    <w:rFonts w:cs="Arial"/>
                    <w:sz w:val="18"/>
                    <w:szCs w:val="18"/>
                    <w:lang w:val="lt-LT"/>
                  </w:rPr>
                  <w:t xml:space="preserve">     </w:t>
                </w:r>
              </w:sdtContent>
            </w:sdt>
          </w:p>
        </w:tc>
      </w:tr>
      <w:tr w:rsidR="00ED34F4" w:rsidRPr="00657223" w14:paraId="3E67EFC8" w14:textId="77777777">
        <w:trPr>
          <w:jc w:val="center"/>
        </w:trPr>
        <w:tc>
          <w:tcPr>
            <w:tcW w:w="10317" w:type="dxa"/>
            <w:gridSpan w:val="3"/>
            <w:tcMar>
              <w:top w:w="80" w:type="dxa"/>
              <w:left w:w="100" w:type="dxa"/>
              <w:bottom w:w="80" w:type="dxa"/>
              <w:right w:w="100" w:type="dxa"/>
            </w:tcMar>
            <w:vAlign w:val="center"/>
          </w:tcPr>
          <w:p w14:paraId="60F1FC46" w14:textId="77777777" w:rsidR="00ED34F4" w:rsidRPr="00657223" w:rsidRDefault="00D6133F">
            <w:pPr>
              <w:rPr>
                <w:rFonts w:cs="Arial"/>
                <w:sz w:val="18"/>
                <w:szCs w:val="18"/>
                <w:lang w:val="lt-LT"/>
              </w:rPr>
            </w:pPr>
            <w:r w:rsidRPr="00657223">
              <w:rPr>
                <w:rFonts w:cs="Arial"/>
                <w:i/>
                <w:color w:val="667788"/>
                <w:sz w:val="18"/>
                <w:szCs w:val="18"/>
                <w:lang w:val="lt-LT"/>
              </w:rPr>
              <w:t>Pasirašykite ranka arba kvalifikuotu elektroniniu parašu. Nepasirašytas prašymas gali būti nepriimtas nagrinėti.</w:t>
            </w:r>
          </w:p>
        </w:tc>
      </w:tr>
    </w:tbl>
    <w:p w14:paraId="3466AA24" w14:textId="77777777" w:rsidR="00ED34F4" w:rsidRPr="00657223" w:rsidRDefault="00ED34F4">
      <w:pPr>
        <w:spacing w:line="80" w:lineRule="exact"/>
        <w:rPr>
          <w:rFonts w:cs="Arial"/>
          <w:sz w:val="18"/>
          <w:szCs w:val="18"/>
          <w:lang w:val="lt-LT"/>
        </w:rPr>
      </w:pPr>
    </w:p>
    <w:tbl>
      <w:tblPr>
        <w:tblW w:w="0" w:type="auto"/>
        <w:jc w:val="center"/>
        <w:tblBorders>
          <w:top w:val="single" w:sz="6" w:space="0" w:color="AAB7C4"/>
          <w:left w:val="single" w:sz="6" w:space="0" w:color="AAB7C4"/>
          <w:bottom w:val="single" w:sz="6" w:space="0" w:color="AAB7C4"/>
          <w:right w:val="single" w:sz="6" w:space="0" w:color="AAB7C4"/>
          <w:insideH w:val="single" w:sz="6" w:space="0" w:color="AAB7C4"/>
          <w:insideV w:val="single" w:sz="6" w:space="0" w:color="AAB7C4"/>
        </w:tblBorders>
        <w:tblLayout w:type="fixed"/>
        <w:tblLook w:val="04A0" w:firstRow="1" w:lastRow="0" w:firstColumn="1" w:lastColumn="0" w:noHBand="0" w:noVBand="1"/>
      </w:tblPr>
      <w:tblGrid>
        <w:gridCol w:w="10318"/>
      </w:tblGrid>
      <w:tr w:rsidR="00ED34F4" w:rsidRPr="00657223" w14:paraId="06086386" w14:textId="77777777">
        <w:trPr>
          <w:jc w:val="center"/>
        </w:trPr>
        <w:tc>
          <w:tcPr>
            <w:tcW w:w="10318" w:type="dxa"/>
            <w:shd w:val="clear" w:color="auto" w:fill="F7F9FB"/>
            <w:tcMar>
              <w:top w:w="80" w:type="dxa"/>
              <w:left w:w="100" w:type="dxa"/>
              <w:bottom w:w="80" w:type="dxa"/>
              <w:right w:w="100" w:type="dxa"/>
            </w:tcMar>
            <w:vAlign w:val="center"/>
          </w:tcPr>
          <w:p w14:paraId="619A02CA" w14:textId="77777777" w:rsidR="00ED34F4" w:rsidRPr="0056732B" w:rsidRDefault="00D6133F">
            <w:pPr>
              <w:spacing w:after="20"/>
              <w:rPr>
                <w:rFonts w:cs="Arial"/>
                <w:sz w:val="20"/>
                <w:szCs w:val="20"/>
                <w:lang w:val="lt-LT"/>
              </w:rPr>
            </w:pPr>
            <w:r w:rsidRPr="0056732B">
              <w:rPr>
                <w:rFonts w:cs="Arial"/>
                <w:b/>
                <w:color w:val="1F4E78"/>
                <w:sz w:val="20"/>
                <w:szCs w:val="20"/>
                <w:lang w:val="lt-LT"/>
              </w:rPr>
              <w:t>PATEIKIMAS EL. PAŠTU</w:t>
            </w:r>
          </w:p>
          <w:p w14:paraId="6C69E5CF" w14:textId="77777777" w:rsidR="00ED34F4" w:rsidRPr="0056732B" w:rsidRDefault="00D6133F" w:rsidP="00A76138">
            <w:pPr>
              <w:jc w:val="both"/>
              <w:rPr>
                <w:rFonts w:cs="Arial"/>
                <w:sz w:val="20"/>
                <w:szCs w:val="20"/>
                <w:lang w:val="lt-LT"/>
              </w:rPr>
            </w:pPr>
            <w:r w:rsidRPr="0056732B">
              <w:rPr>
                <w:rFonts w:cs="Arial"/>
                <w:sz w:val="20"/>
                <w:szCs w:val="20"/>
                <w:lang w:val="lt-LT"/>
              </w:rPr>
              <w:t>1. Užpildytą ir pasirašytą prašymą išsaugokite arba nuskenuokite kaip vieną PDF, JPG arba PNG failą (iki 20 MB).</w:t>
            </w:r>
          </w:p>
          <w:p w14:paraId="35A21BA7" w14:textId="74F55353" w:rsidR="00ED34F4" w:rsidRPr="0056732B" w:rsidRDefault="00D6133F" w:rsidP="00A76138">
            <w:pPr>
              <w:jc w:val="both"/>
              <w:rPr>
                <w:rFonts w:cs="Arial"/>
                <w:sz w:val="20"/>
                <w:szCs w:val="20"/>
                <w:lang w:val="lt-LT"/>
              </w:rPr>
            </w:pPr>
            <w:r w:rsidRPr="0056732B">
              <w:rPr>
                <w:rFonts w:cs="Arial"/>
                <w:sz w:val="20"/>
                <w:szCs w:val="20"/>
                <w:lang w:val="lt-LT"/>
              </w:rPr>
              <w:t xml:space="preserve">2. Siųskite adresu </w:t>
            </w:r>
            <w:hyperlink r:id="rId8">
              <w:r w:rsidR="5BDB8C83" w:rsidRPr="5BDB8C83">
                <w:rPr>
                  <w:rStyle w:val="Hipersaitas"/>
                  <w:rFonts w:cs="Arial"/>
                  <w:sz w:val="20"/>
                  <w:szCs w:val="20"/>
                  <w:lang w:val="lt-LT"/>
                </w:rPr>
                <w:t>vrsa@vrsa.lt</w:t>
              </w:r>
            </w:hyperlink>
            <w:r w:rsidR="5BDB8C83" w:rsidRPr="5BDB8C83">
              <w:rPr>
                <w:rFonts w:cs="Arial"/>
                <w:sz w:val="20"/>
                <w:szCs w:val="20"/>
                <w:lang w:val="lt-LT"/>
              </w:rPr>
              <w:t>.</w:t>
            </w:r>
            <w:r w:rsidRPr="0056732B">
              <w:rPr>
                <w:rFonts w:cs="Arial"/>
                <w:sz w:val="20"/>
                <w:szCs w:val="20"/>
                <w:lang w:val="lt-LT"/>
              </w:rPr>
              <w:t xml:space="preserve"> Laiško tema: ASBESTAS – Vardas Pavardė –</w:t>
            </w:r>
            <w:r w:rsidR="00FD6451">
              <w:rPr>
                <w:rFonts w:cs="Arial"/>
                <w:sz w:val="20"/>
                <w:szCs w:val="20"/>
                <w:lang w:val="lt-LT"/>
              </w:rPr>
              <w:t xml:space="preserve"> Adresas</w:t>
            </w:r>
            <w:r w:rsidRPr="0056732B">
              <w:rPr>
                <w:rFonts w:cs="Arial"/>
                <w:sz w:val="20"/>
                <w:szCs w:val="20"/>
                <w:lang w:val="lt-LT"/>
              </w:rPr>
              <w:t>.</w:t>
            </w:r>
          </w:p>
          <w:p w14:paraId="270BAD69" w14:textId="77777777" w:rsidR="00ED34F4" w:rsidRPr="00657223" w:rsidRDefault="00D6133F" w:rsidP="00A76138">
            <w:pPr>
              <w:jc w:val="both"/>
              <w:rPr>
                <w:rFonts w:cs="Arial"/>
                <w:sz w:val="18"/>
                <w:szCs w:val="18"/>
                <w:lang w:val="lt-LT"/>
              </w:rPr>
            </w:pPr>
            <w:r w:rsidRPr="0056732B">
              <w:rPr>
                <w:rFonts w:cs="Arial"/>
                <w:sz w:val="20"/>
                <w:szCs w:val="20"/>
                <w:lang w:val="lt-LT"/>
              </w:rPr>
              <w:t>3. Ranka pildytą lapą skenuokite arba fotografuokite tiesiai iš viršaus: visas lapas turi matytis, vaizdas turi būti ryškus ir be šešėlių</w:t>
            </w:r>
            <w:r w:rsidRPr="00657223">
              <w:rPr>
                <w:rFonts w:cs="Arial"/>
                <w:sz w:val="18"/>
                <w:szCs w:val="18"/>
                <w:lang w:val="lt-LT"/>
              </w:rPr>
              <w:t>.</w:t>
            </w:r>
          </w:p>
        </w:tc>
      </w:tr>
    </w:tbl>
    <w:p w14:paraId="0ADEBF02" w14:textId="77777777" w:rsidR="00ED34F4" w:rsidRPr="00657223" w:rsidRDefault="00ED34F4">
      <w:pPr>
        <w:spacing w:line="60" w:lineRule="exact"/>
        <w:rPr>
          <w:rFonts w:cs="Arial"/>
          <w:sz w:val="18"/>
          <w:szCs w:val="18"/>
          <w:lang w:val="lt-LT"/>
        </w:rPr>
      </w:pPr>
    </w:p>
    <w:p w14:paraId="1E527377" w14:textId="15C79456" w:rsidR="00ED34F4" w:rsidRPr="001E4EDA" w:rsidRDefault="00A76138">
      <w:pPr>
        <w:keepNext/>
        <w:spacing w:after="20"/>
        <w:rPr>
          <w:rFonts w:cs="Arial"/>
          <w:sz w:val="16"/>
          <w:szCs w:val="16"/>
          <w:lang w:val="lt-LT"/>
        </w:rPr>
      </w:pPr>
      <w:r w:rsidRPr="00657223">
        <w:rPr>
          <w:rFonts w:cs="Arial"/>
          <w:b/>
          <w:color w:val="1F4E78"/>
          <w:sz w:val="18"/>
          <w:szCs w:val="18"/>
          <w:lang w:val="lt-LT"/>
        </w:rPr>
        <w:br/>
      </w:r>
      <w:r w:rsidRPr="001E4EDA">
        <w:rPr>
          <w:rFonts w:cs="Arial"/>
          <w:b/>
          <w:color w:val="1F4E78"/>
          <w:sz w:val="16"/>
          <w:szCs w:val="16"/>
          <w:lang w:val="lt-LT"/>
        </w:rPr>
        <w:t>ASMENS DUOMENŲ TVARKYMAS</w:t>
      </w:r>
    </w:p>
    <w:p w14:paraId="5C24577F" w14:textId="37A37B8D" w:rsidR="00ED34F4" w:rsidRPr="001E4EDA" w:rsidRDefault="00A76138" w:rsidP="00A76138">
      <w:pPr>
        <w:jc w:val="both"/>
        <w:rPr>
          <w:rFonts w:cs="Arial"/>
          <w:sz w:val="16"/>
          <w:szCs w:val="16"/>
          <w:lang w:val="lt-LT"/>
        </w:rPr>
      </w:pPr>
      <w:r w:rsidRPr="001E4EDA">
        <w:rPr>
          <w:rFonts w:cs="Arial"/>
          <w:color w:val="667788"/>
          <w:sz w:val="16"/>
          <w:szCs w:val="16"/>
          <w:lang w:val="lt-LT"/>
        </w:rPr>
        <w:t>Prašyme pateiktų asmens duomenų valdytoja yra Vilniaus rajono savivaldybės administracija. Asmens duomenys tvarkomi prašymui dėl asbesto išvežimo išnagrinėti ir asbesto išvežimui organizuoti, vykdant Administracijai pavestas viešosios valdžios funkcijas (Reglamento (ES) 2016/679 6 straipsnio 1 dalies e punktas). Išsami informacija apie asmens duomenų tvarkymą pateikiama kartu su šia prašymo forma.</w:t>
      </w:r>
    </w:p>
    <w:sectPr w:rsidR="00ED34F4" w:rsidRPr="001E4EDA" w:rsidSect="00657223">
      <w:pgSz w:w="12240" w:h="15840"/>
      <w:pgMar w:top="720" w:right="720" w:bottom="720" w:left="720" w:header="312"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2792F" w14:textId="77777777" w:rsidR="00E80A24" w:rsidRDefault="00E80A24">
      <w:r>
        <w:separator/>
      </w:r>
    </w:p>
  </w:endnote>
  <w:endnote w:type="continuationSeparator" w:id="0">
    <w:p w14:paraId="1207B1AE" w14:textId="77777777" w:rsidR="00E80A24" w:rsidRDefault="00E80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23815" w14:textId="77777777" w:rsidR="00E80A24" w:rsidRDefault="00E80A24">
      <w:r>
        <w:separator/>
      </w:r>
    </w:p>
  </w:footnote>
  <w:footnote w:type="continuationSeparator" w:id="0">
    <w:p w14:paraId="7D6E4D4E" w14:textId="77777777" w:rsidR="00E80A24" w:rsidRDefault="00E80A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16cid:durableId="2064475788">
    <w:abstractNumId w:val="8"/>
  </w:num>
  <w:num w:numId="2" w16cid:durableId="1946766167">
    <w:abstractNumId w:val="6"/>
  </w:num>
  <w:num w:numId="3" w16cid:durableId="1442993403">
    <w:abstractNumId w:val="5"/>
  </w:num>
  <w:num w:numId="4" w16cid:durableId="1651011011">
    <w:abstractNumId w:val="4"/>
  </w:num>
  <w:num w:numId="5" w16cid:durableId="933517294">
    <w:abstractNumId w:val="7"/>
  </w:num>
  <w:num w:numId="6" w16cid:durableId="2004161771">
    <w:abstractNumId w:val="3"/>
  </w:num>
  <w:num w:numId="7" w16cid:durableId="1918830135">
    <w:abstractNumId w:val="2"/>
  </w:num>
  <w:num w:numId="8" w16cid:durableId="334453673">
    <w:abstractNumId w:val="1"/>
  </w:num>
  <w:num w:numId="9" w16cid:durableId="18775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CE7"/>
    <w:rsid w:val="000E512E"/>
    <w:rsid w:val="00133312"/>
    <w:rsid w:val="001340B8"/>
    <w:rsid w:val="0015074B"/>
    <w:rsid w:val="00170D8E"/>
    <w:rsid w:val="001728C9"/>
    <w:rsid w:val="001C016B"/>
    <w:rsid w:val="001C5C3A"/>
    <w:rsid w:val="001E4EDA"/>
    <w:rsid w:val="001E6663"/>
    <w:rsid w:val="00261FAD"/>
    <w:rsid w:val="00295136"/>
    <w:rsid w:val="0029639D"/>
    <w:rsid w:val="00326F90"/>
    <w:rsid w:val="003566BA"/>
    <w:rsid w:val="00366C4F"/>
    <w:rsid w:val="0038320D"/>
    <w:rsid w:val="003D14D8"/>
    <w:rsid w:val="003E2EDC"/>
    <w:rsid w:val="003F4F07"/>
    <w:rsid w:val="00425228"/>
    <w:rsid w:val="00473323"/>
    <w:rsid w:val="00487FF1"/>
    <w:rsid w:val="004A4149"/>
    <w:rsid w:val="004E29D2"/>
    <w:rsid w:val="005128DB"/>
    <w:rsid w:val="0056732B"/>
    <w:rsid w:val="006277EF"/>
    <w:rsid w:val="006300A0"/>
    <w:rsid w:val="00657223"/>
    <w:rsid w:val="006C0D6D"/>
    <w:rsid w:val="00703752"/>
    <w:rsid w:val="00724AE2"/>
    <w:rsid w:val="007460F0"/>
    <w:rsid w:val="00835436"/>
    <w:rsid w:val="008475AE"/>
    <w:rsid w:val="0088723C"/>
    <w:rsid w:val="008938C4"/>
    <w:rsid w:val="00896484"/>
    <w:rsid w:val="008C748A"/>
    <w:rsid w:val="008D564E"/>
    <w:rsid w:val="00983B49"/>
    <w:rsid w:val="009F1FDA"/>
    <w:rsid w:val="00A01DB8"/>
    <w:rsid w:val="00A040D9"/>
    <w:rsid w:val="00A3706E"/>
    <w:rsid w:val="00A74165"/>
    <w:rsid w:val="00A76138"/>
    <w:rsid w:val="00AA1D8D"/>
    <w:rsid w:val="00AE2F33"/>
    <w:rsid w:val="00B01A06"/>
    <w:rsid w:val="00B44848"/>
    <w:rsid w:val="00B47730"/>
    <w:rsid w:val="00B750C9"/>
    <w:rsid w:val="00B77B3E"/>
    <w:rsid w:val="00B80C88"/>
    <w:rsid w:val="00B9051B"/>
    <w:rsid w:val="00BC454C"/>
    <w:rsid w:val="00BC7400"/>
    <w:rsid w:val="00C44C0D"/>
    <w:rsid w:val="00CB0664"/>
    <w:rsid w:val="00CF660A"/>
    <w:rsid w:val="00D21852"/>
    <w:rsid w:val="00D3008A"/>
    <w:rsid w:val="00D3225A"/>
    <w:rsid w:val="00D6133F"/>
    <w:rsid w:val="00DA6F0E"/>
    <w:rsid w:val="00DF13A2"/>
    <w:rsid w:val="00E265E5"/>
    <w:rsid w:val="00E35676"/>
    <w:rsid w:val="00E6149A"/>
    <w:rsid w:val="00E63F20"/>
    <w:rsid w:val="00E80A24"/>
    <w:rsid w:val="00ED0CC6"/>
    <w:rsid w:val="00ED34F4"/>
    <w:rsid w:val="00EE728B"/>
    <w:rsid w:val="00EF78AB"/>
    <w:rsid w:val="00F303D1"/>
    <w:rsid w:val="00F53AB4"/>
    <w:rsid w:val="00F66888"/>
    <w:rsid w:val="00F90D87"/>
    <w:rsid w:val="00FC693F"/>
    <w:rsid w:val="00FD6451"/>
    <w:rsid w:val="00FF29B4"/>
    <w:rsid w:val="213E737F"/>
    <w:rsid w:val="3266E44F"/>
    <w:rsid w:val="4031DD69"/>
    <w:rsid w:val="4C46CBAF"/>
    <w:rsid w:val="5332EB3D"/>
    <w:rsid w:val="5BDB8C83"/>
    <w:rsid w:val="64E07F9F"/>
    <w:rsid w:val="6D3B3E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590DD5"/>
  <w14:defaultImageDpi w14:val="300"/>
  <w15:docId w15:val="{A50BBD3E-7410-49E5-AE79-A8E9FCFC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pPr>
      <w:spacing w:after="0" w:line="240" w:lineRule="auto"/>
    </w:pPr>
    <w:rPr>
      <w:rFonts w:ascii="Arial" w:eastAsia="Arial" w:hAnsi="Arial"/>
      <w:color w:val="1F2933"/>
      <w:sz w:val="19"/>
    </w:rPr>
  </w:style>
  <w:style w:type="paragraph" w:styleId="Antrat1">
    <w:name w:val="heading 1"/>
    <w:basedOn w:val="prastasis"/>
    <w:next w:val="prastasis"/>
    <w:link w:val="Antrat1Diagrama"/>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saitas">
    <w:name w:val="Hyperlink"/>
    <w:basedOn w:val="Numatytasispastraiposriftas"/>
    <w:uiPriority w:val="99"/>
    <w:unhideWhenUsed/>
    <w:rsid w:val="00A76138"/>
    <w:rPr>
      <w:color w:val="0000FF" w:themeColor="hyperlink"/>
      <w:u w:val="single"/>
    </w:rPr>
  </w:style>
  <w:style w:type="character" w:styleId="Neapdorotaspaminjimas">
    <w:name w:val="Unresolved Mention"/>
    <w:basedOn w:val="Numatytasispastraiposriftas"/>
    <w:uiPriority w:val="99"/>
    <w:semiHidden/>
    <w:unhideWhenUsed/>
    <w:rsid w:val="00A76138"/>
    <w:rPr>
      <w:color w:val="605E5C"/>
      <w:shd w:val="clear" w:color="auto" w:fill="E1DFDD"/>
    </w:rPr>
  </w:style>
  <w:style w:type="paragraph" w:styleId="Komentarotekstas">
    <w:name w:val="annotation text"/>
    <w:basedOn w:val="prastasis"/>
    <w:link w:val="KomentarotekstasDiagrama"/>
    <w:uiPriority w:val="99"/>
    <w:unhideWhenUsed/>
    <w:rsid w:val="00B9051B"/>
    <w:rPr>
      <w:sz w:val="20"/>
      <w:szCs w:val="20"/>
    </w:rPr>
  </w:style>
  <w:style w:type="character" w:customStyle="1" w:styleId="KomentarotekstasDiagrama">
    <w:name w:val="Komentaro tekstas Diagrama"/>
    <w:basedOn w:val="Numatytasispastraiposriftas"/>
    <w:link w:val="Komentarotekstas"/>
    <w:uiPriority w:val="99"/>
    <w:rsid w:val="00B9051B"/>
    <w:rPr>
      <w:rFonts w:ascii="Arial" w:eastAsia="Arial" w:hAnsi="Arial"/>
      <w:color w:val="1F2933"/>
      <w:sz w:val="20"/>
      <w:szCs w:val="20"/>
    </w:rPr>
  </w:style>
  <w:style w:type="character" w:styleId="Komentaronuoroda">
    <w:name w:val="annotation reference"/>
    <w:basedOn w:val="Numatytasispastraiposriftas"/>
    <w:uiPriority w:val="99"/>
    <w:semiHidden/>
    <w:unhideWhenUsed/>
    <w:rsid w:val="00B9051B"/>
    <w:rPr>
      <w:sz w:val="16"/>
      <w:szCs w:val="16"/>
    </w:rPr>
  </w:style>
  <w:style w:type="paragraph" w:styleId="Komentarotema">
    <w:name w:val="annotation subject"/>
    <w:basedOn w:val="Komentarotekstas"/>
    <w:next w:val="Komentarotekstas"/>
    <w:link w:val="KomentarotemaDiagrama"/>
    <w:uiPriority w:val="99"/>
    <w:semiHidden/>
    <w:unhideWhenUsed/>
    <w:rsid w:val="00FD6451"/>
    <w:rPr>
      <w:b/>
      <w:bCs/>
    </w:rPr>
  </w:style>
  <w:style w:type="character" w:customStyle="1" w:styleId="KomentarotemaDiagrama">
    <w:name w:val="Komentaro tema Diagrama"/>
    <w:basedOn w:val="KomentarotekstasDiagrama"/>
    <w:link w:val="Komentarotema"/>
    <w:uiPriority w:val="99"/>
    <w:semiHidden/>
    <w:rsid w:val="00FD6451"/>
    <w:rPr>
      <w:rFonts w:ascii="Arial" w:eastAsia="Arial" w:hAnsi="Arial"/>
      <w:b/>
      <w:bCs/>
      <w:color w:val="1F29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sa@vrs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1373</Words>
  <Characters>783</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Prašymas dėl asbesto atliekų išvežimo ir sutvarkymo</vt:lpstr>
      <vt:lpstr/>
    </vt:vector>
  </TitlesOfParts>
  <Manager/>
  <Company/>
  <LinksUpToDate>false</LinksUpToDate>
  <CharactersWithSpaces>2152</CharactersWithSpaces>
  <SharedDoc>false</SharedDoc>
  <HyperlinkBase/>
  <HLinks>
    <vt:vector size="6" baseType="variant">
      <vt:variant>
        <vt:i4>5767282</vt:i4>
      </vt:variant>
      <vt:variant>
        <vt:i4>0</vt:i4>
      </vt:variant>
      <vt:variant>
        <vt:i4>0</vt:i4>
      </vt:variant>
      <vt:variant>
        <vt:i4>5</vt:i4>
      </vt:variant>
      <vt:variant>
        <vt:lpwstr>mailto:vrsa@vrsa.lt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Prašymas dėl asbesto atliekų išvežimo ir sutvarkymo</dc:title>
  <dc:subject>Forma ASB-01</dc:subject>
  <dc:creator>Vilniaus rajono savivaldybės administracija</dc:creator>
  <cp:keywords>asbestas, prašymas, atliekos, Vilniaus rajonas</cp:keywords>
  <dc:description>Atnaujinta viešam skelbimui ir automatizuotam duomenų nuskaitymui.</dc:description>
  <cp:lastModifiedBy>Pavel Jakubovskij</cp:lastModifiedBy>
  <cp:revision>5</cp:revision>
  <dcterms:created xsi:type="dcterms:W3CDTF">2026-09-04T08:00:00Z</dcterms:created>
  <dcterms:modified xsi:type="dcterms:W3CDTF">2026-09-04T08:51:00Z</dcterms:modified>
  <cp:category/>
</cp:coreProperties>
</file>